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6E322" w14:textId="77777777" w:rsidR="007970E8" w:rsidRDefault="007970E8">
      <w:pPr>
        <w:rPr>
          <w:rFonts w:ascii="Arial" w:hAnsi="Arial"/>
          <w:sz w:val="28"/>
        </w:rPr>
      </w:pPr>
    </w:p>
    <w:p w14:paraId="7F5858C2" w14:textId="77777777" w:rsidR="007970E8" w:rsidRDefault="007970E8">
      <w:pPr>
        <w:rPr>
          <w:rFonts w:ascii="Arial" w:hAnsi="Arial"/>
          <w:sz w:val="28"/>
        </w:rPr>
      </w:pPr>
    </w:p>
    <w:p w14:paraId="161A1F68" w14:textId="77777777" w:rsidR="007970E8" w:rsidRDefault="007970E8">
      <w:pPr>
        <w:rPr>
          <w:rFonts w:ascii="Arial" w:hAnsi="Arial"/>
          <w:sz w:val="28"/>
        </w:rPr>
      </w:pPr>
    </w:p>
    <w:p w14:paraId="6E865D2B" w14:textId="605F8E44" w:rsidR="00023C9C" w:rsidRDefault="007970E8">
      <w:pPr>
        <w:rPr>
          <w:rFonts w:ascii="Arial" w:hAnsi="Arial"/>
          <w:sz w:val="28"/>
        </w:rPr>
      </w:pPr>
      <w:r w:rsidRPr="007970E8">
        <w:rPr>
          <w:rFonts w:ascii="Arial" w:hAnsi="Arial"/>
          <w:sz w:val="28"/>
        </w:rPr>
        <w:t>How Cryocompression is Fast Becoming the Future of CIPN Treatment</w:t>
      </w:r>
    </w:p>
    <w:p w14:paraId="5AAB0325" w14:textId="5F7B1478" w:rsidR="007970E8" w:rsidRPr="007059A6" w:rsidRDefault="007970E8" w:rsidP="007970E8">
      <w:r w:rsidRPr="00CC7F0E">
        <w:rPr>
          <w:b/>
        </w:rPr>
        <w:t>Speakers</w:t>
      </w:r>
      <w:r w:rsidRPr="007059A6">
        <w:t>:</w:t>
      </w:r>
      <w:r>
        <w:t xml:space="preserve"> </w:t>
      </w:r>
      <w:r w:rsidRPr="007970E8">
        <w:t>Dr</w:t>
      </w:r>
      <w:r w:rsidR="00963A30">
        <w:t>.</w:t>
      </w:r>
      <w:r w:rsidRPr="007970E8">
        <w:t xml:space="preserve"> Charles Loprinzi with Dr Melissa Accordino, Dr Aishwarya Bandla, Dr Stephanie Graff, Anne Marie Mercurio and Dr Raghav Sundar.</w:t>
      </w:r>
    </w:p>
    <w:p w14:paraId="66359C23" w14:textId="77777777" w:rsidR="00023C9C" w:rsidRDefault="00023C9C">
      <w:pPr>
        <w:spacing w:after="0"/>
      </w:pPr>
    </w:p>
    <w:p w14:paraId="31B3DEDB" w14:textId="665F5ADC" w:rsidR="00023C9C" w:rsidRDefault="00576BE8">
      <w:pPr>
        <w:spacing w:after="0"/>
      </w:pPr>
      <w:r>
        <w:rPr>
          <w:rFonts w:ascii="Arial" w:hAnsi="Arial"/>
          <w:color w:val="5D7284"/>
        </w:rPr>
        <w:t>00:02</w:t>
      </w:r>
      <w:r w:rsidR="007970E8">
        <w:rPr>
          <w:rFonts w:ascii="Arial" w:hAnsi="Arial"/>
          <w:color w:val="5D7284"/>
        </w:rPr>
        <w:t>: Voiceover</w:t>
      </w:r>
    </w:p>
    <w:p w14:paraId="5C793FDD" w14:textId="5537F9E8" w:rsidR="00023C9C" w:rsidRDefault="00576BE8">
      <w:pPr>
        <w:spacing w:after="0"/>
      </w:pPr>
      <w:r>
        <w:rPr>
          <w:rFonts w:ascii="Arial" w:hAnsi="Arial"/>
        </w:rPr>
        <w:t xml:space="preserve">Welcome to Changing the Face of Cancer, a podcast from Paxman. In series two, we're going to be bringing you a selection of inspiring conversations from our Scalp Cooling Summit. The summit brought together a range of global thought leaders across cancer care, covering everything from the psychosocial impact of chemotherapy to equitable cancer care access. If you want to hear more just head to scalp cooling summit.com. In this episode of The Summit Series, Dr. Charles </w:t>
      </w:r>
      <w:r w:rsidR="007970E8">
        <w:rPr>
          <w:rFonts w:ascii="Arial" w:hAnsi="Arial"/>
        </w:rPr>
        <w:t>Loprinzi</w:t>
      </w:r>
      <w:r>
        <w:rPr>
          <w:rFonts w:ascii="Arial" w:hAnsi="Arial"/>
        </w:rPr>
        <w:t xml:space="preserve"> sits down with oncologists and researchers to discuss the hidden and often lifelong and potentially debilitating chemotherapy side effects known as </w:t>
      </w:r>
      <w:r w:rsidR="00963A30">
        <w:rPr>
          <w:rFonts w:ascii="Arial" w:hAnsi="Arial"/>
        </w:rPr>
        <w:t>chemotherapy-induced</w:t>
      </w:r>
      <w:r>
        <w:rPr>
          <w:rFonts w:ascii="Arial" w:hAnsi="Arial"/>
        </w:rPr>
        <w:t xml:space="preserve"> peripheral neuropathy or C I P. N. The group </w:t>
      </w:r>
      <w:r w:rsidR="00963A30">
        <w:rPr>
          <w:rFonts w:ascii="Arial" w:hAnsi="Arial"/>
        </w:rPr>
        <w:t>discusses</w:t>
      </w:r>
      <w:r>
        <w:rPr>
          <w:rFonts w:ascii="Arial" w:hAnsi="Arial"/>
        </w:rPr>
        <w:t xml:space="preserve"> what we already know about CIP M's impact on physical and psychological quality of life, and why the development of a new </w:t>
      </w:r>
      <w:r w:rsidR="007970E8">
        <w:rPr>
          <w:rFonts w:ascii="Arial" w:hAnsi="Arial"/>
        </w:rPr>
        <w:t>Cryocompression</w:t>
      </w:r>
      <w:r>
        <w:rPr>
          <w:rFonts w:ascii="Arial" w:hAnsi="Arial"/>
        </w:rPr>
        <w:t xml:space="preserve"> device about to start its next stage of trials is showing real promise in preventing this condition.</w:t>
      </w:r>
    </w:p>
    <w:p w14:paraId="3293E5FD" w14:textId="77777777" w:rsidR="00023C9C" w:rsidRDefault="00023C9C">
      <w:pPr>
        <w:spacing w:after="0"/>
      </w:pPr>
    </w:p>
    <w:p w14:paraId="6EEAF98B" w14:textId="0CD6C725" w:rsidR="00023C9C" w:rsidRDefault="00576BE8">
      <w:pPr>
        <w:spacing w:after="0"/>
      </w:pPr>
      <w:r>
        <w:rPr>
          <w:rFonts w:ascii="Arial" w:hAnsi="Arial"/>
          <w:color w:val="5D7284"/>
        </w:rPr>
        <w:t>01:20</w:t>
      </w:r>
      <w:r w:rsidR="007970E8">
        <w:rPr>
          <w:rFonts w:ascii="Arial" w:hAnsi="Arial"/>
          <w:color w:val="5D7284"/>
        </w:rPr>
        <w:t>: Dr Charles Loprinzi</w:t>
      </w:r>
    </w:p>
    <w:p w14:paraId="47743325" w14:textId="45741FD5" w:rsidR="00023C9C" w:rsidRDefault="00576BE8">
      <w:pPr>
        <w:spacing w:after="0"/>
      </w:pPr>
      <w:r>
        <w:rPr>
          <w:rFonts w:ascii="Arial" w:hAnsi="Arial"/>
        </w:rPr>
        <w:t xml:space="preserve">day I'm Charles </w:t>
      </w:r>
      <w:r w:rsidR="007970E8">
        <w:rPr>
          <w:rFonts w:ascii="Arial" w:hAnsi="Arial"/>
        </w:rPr>
        <w:t>Loprinzi</w:t>
      </w:r>
      <w:r>
        <w:rPr>
          <w:rFonts w:ascii="Arial" w:hAnsi="Arial"/>
        </w:rPr>
        <w:t xml:space="preserve">. I'm happy to host this particular session. </w:t>
      </w:r>
      <w:r w:rsidR="00963A30">
        <w:rPr>
          <w:rFonts w:ascii="Arial" w:hAnsi="Arial"/>
        </w:rPr>
        <w:t>Chemotherapy-induced</w:t>
      </w:r>
      <w:r>
        <w:rPr>
          <w:rFonts w:ascii="Arial" w:hAnsi="Arial"/>
        </w:rPr>
        <w:t xml:space="preserve"> peripheral neuropathy commonly called cipn can have an enormous impact on a patient's quality of life following chemotherapy treatment. But at this point, there's no proven method of prevention available, other than stopping the cost of chemotherapy drug, decreasing blood flow when there's a lot of neurotoxic to chemotherapy in a patient's blood by cryotherapy or compression therapy has been an exciting topic over the last several years. This has led </w:t>
      </w:r>
      <w:r w:rsidR="00963A30">
        <w:rPr>
          <w:rFonts w:ascii="Arial" w:hAnsi="Arial"/>
        </w:rPr>
        <w:t xml:space="preserve">to </w:t>
      </w:r>
      <w:r>
        <w:rPr>
          <w:rFonts w:ascii="Arial" w:hAnsi="Arial"/>
        </w:rPr>
        <w:t xml:space="preserve">the development of a new </w:t>
      </w:r>
      <w:r w:rsidR="007970E8">
        <w:rPr>
          <w:rFonts w:ascii="Arial" w:hAnsi="Arial"/>
        </w:rPr>
        <w:t>Cryocompression</w:t>
      </w:r>
      <w:r>
        <w:rPr>
          <w:rFonts w:ascii="Arial" w:hAnsi="Arial"/>
        </w:rPr>
        <w:t xml:space="preserve"> device that shows real promise as a means of decreasing or preventing </w:t>
      </w:r>
      <w:r w:rsidR="00963A30">
        <w:rPr>
          <w:rFonts w:ascii="Arial" w:hAnsi="Arial"/>
        </w:rPr>
        <w:t>chemotherapy-induced</w:t>
      </w:r>
      <w:r>
        <w:rPr>
          <w:rFonts w:ascii="Arial" w:hAnsi="Arial"/>
        </w:rPr>
        <w:t xml:space="preserve"> peripheral neuropathy. I'm a medical oncologist. I've been at Mayo Clinic for 37 years now. Breast cancer is </w:t>
      </w:r>
      <w:r w:rsidR="00963A30">
        <w:rPr>
          <w:rFonts w:ascii="Arial" w:hAnsi="Arial"/>
        </w:rPr>
        <w:t>what</w:t>
      </w:r>
      <w:r>
        <w:rPr>
          <w:rFonts w:ascii="Arial" w:hAnsi="Arial"/>
        </w:rPr>
        <w:t xml:space="preserve"> I saw in clinical practice symptom control, which is what he's trying to aim to prevent and or treat and or better understand symptoms related to cancer</w:t>
      </w:r>
      <w:r w:rsidR="00963A30">
        <w:rPr>
          <w:rFonts w:ascii="Arial" w:hAnsi="Arial"/>
        </w:rPr>
        <w:t>,</w:t>
      </w:r>
      <w:r>
        <w:rPr>
          <w:rFonts w:ascii="Arial" w:hAnsi="Arial"/>
        </w:rPr>
        <w:t xml:space="preserve"> and cancer treatment has been my research area. Let's have others introduce themselves starting with us definitely.</w:t>
      </w:r>
    </w:p>
    <w:p w14:paraId="4FDAF0C7" w14:textId="77777777" w:rsidR="00023C9C" w:rsidRDefault="00023C9C">
      <w:pPr>
        <w:spacing w:after="0"/>
      </w:pPr>
    </w:p>
    <w:p w14:paraId="1D53D012" w14:textId="3CBAAB37" w:rsidR="00023C9C" w:rsidRDefault="00576BE8">
      <w:pPr>
        <w:spacing w:after="0"/>
      </w:pPr>
      <w:r>
        <w:rPr>
          <w:rFonts w:ascii="Arial" w:hAnsi="Arial"/>
          <w:color w:val="5D7284"/>
        </w:rPr>
        <w:t>02:21</w:t>
      </w:r>
      <w:r w:rsidR="007970E8">
        <w:rPr>
          <w:rFonts w:ascii="Arial" w:hAnsi="Arial"/>
          <w:color w:val="5D7284"/>
        </w:rPr>
        <w:t>: Dr Stephanie Graff</w:t>
      </w:r>
    </w:p>
    <w:p w14:paraId="33620AD9" w14:textId="4DA0EFA8" w:rsidR="00023C9C" w:rsidRDefault="00576BE8">
      <w:pPr>
        <w:spacing w:after="0"/>
      </w:pPr>
      <w:r>
        <w:rPr>
          <w:rFonts w:ascii="Arial" w:hAnsi="Arial"/>
        </w:rPr>
        <w:t xml:space="preserve">Dr. Stephanie ground. I'm a breast medical oncologist at the </w:t>
      </w:r>
      <w:r w:rsidR="00963A30">
        <w:rPr>
          <w:rFonts w:ascii="Arial" w:hAnsi="Arial"/>
        </w:rPr>
        <w:t>Electronic</w:t>
      </w:r>
      <w:r>
        <w:rPr>
          <w:rFonts w:ascii="Arial" w:hAnsi="Arial"/>
        </w:rPr>
        <w:t xml:space="preserve"> Cancer Centre at Brown University and the director of the </w:t>
      </w:r>
      <w:r w:rsidR="00963A30">
        <w:rPr>
          <w:rFonts w:ascii="Arial" w:hAnsi="Arial"/>
        </w:rPr>
        <w:t>Lifespan</w:t>
      </w:r>
      <w:r>
        <w:rPr>
          <w:rFonts w:ascii="Arial" w:hAnsi="Arial"/>
        </w:rPr>
        <w:t xml:space="preserve"> Cancer Institute here I'm also the CO lead of the translational breast oncology team. So I'm just really excited to be here having a conversation about developments in the research space for the treatment of </w:t>
      </w:r>
      <w:r w:rsidR="00963A30">
        <w:rPr>
          <w:rFonts w:ascii="Arial" w:hAnsi="Arial"/>
        </w:rPr>
        <w:t>CIPN</w:t>
      </w:r>
      <w:r>
        <w:rPr>
          <w:rFonts w:ascii="Arial" w:hAnsi="Arial"/>
        </w:rPr>
        <w:t xml:space="preserve">. Peripheral Neuropathy is something that we really see negatively affect our patients not just during </w:t>
      </w:r>
      <w:r w:rsidR="00963A30">
        <w:rPr>
          <w:rFonts w:ascii="Arial" w:hAnsi="Arial"/>
        </w:rPr>
        <w:t xml:space="preserve">the </w:t>
      </w:r>
      <w:r>
        <w:rPr>
          <w:rFonts w:ascii="Arial" w:hAnsi="Arial"/>
        </w:rPr>
        <w:t xml:space="preserve">treatment of breast cancer but long term in life after breast cancer and negatively affect the way we can treat patients with metastatic disease. And so it's such an important conversation. </w:t>
      </w:r>
    </w:p>
    <w:p w14:paraId="5346E52C" w14:textId="77777777" w:rsidR="00023C9C" w:rsidRDefault="00023C9C">
      <w:pPr>
        <w:spacing w:after="0"/>
      </w:pPr>
    </w:p>
    <w:p w14:paraId="18F97DB0" w14:textId="77777777" w:rsidR="007970E8" w:rsidRDefault="007970E8">
      <w:pPr>
        <w:spacing w:after="0"/>
        <w:rPr>
          <w:rFonts w:ascii="Arial" w:hAnsi="Arial"/>
          <w:color w:val="5D7284"/>
        </w:rPr>
      </w:pPr>
    </w:p>
    <w:p w14:paraId="55D6B9F9" w14:textId="77777777" w:rsidR="007970E8" w:rsidRDefault="007970E8">
      <w:pPr>
        <w:spacing w:after="0"/>
        <w:rPr>
          <w:rFonts w:ascii="Arial" w:hAnsi="Arial"/>
          <w:color w:val="5D7284"/>
        </w:rPr>
      </w:pPr>
    </w:p>
    <w:p w14:paraId="60C28367" w14:textId="77777777" w:rsidR="007970E8" w:rsidRDefault="007970E8">
      <w:pPr>
        <w:spacing w:after="0"/>
        <w:rPr>
          <w:rFonts w:ascii="Arial" w:hAnsi="Arial"/>
          <w:color w:val="5D7284"/>
        </w:rPr>
      </w:pPr>
    </w:p>
    <w:p w14:paraId="78F086A5" w14:textId="77777777" w:rsidR="007970E8" w:rsidRDefault="007970E8">
      <w:pPr>
        <w:spacing w:after="0"/>
        <w:rPr>
          <w:rFonts w:ascii="Arial" w:hAnsi="Arial"/>
          <w:color w:val="5D7284"/>
        </w:rPr>
      </w:pPr>
    </w:p>
    <w:p w14:paraId="1072847D" w14:textId="77777777" w:rsidR="007970E8" w:rsidRDefault="007970E8">
      <w:pPr>
        <w:spacing w:after="0"/>
        <w:rPr>
          <w:rFonts w:ascii="Arial" w:hAnsi="Arial"/>
          <w:color w:val="5D7284"/>
        </w:rPr>
      </w:pPr>
    </w:p>
    <w:p w14:paraId="61D2A79E" w14:textId="3E6A5603" w:rsidR="00023C9C" w:rsidRDefault="00576BE8">
      <w:pPr>
        <w:spacing w:after="0"/>
      </w:pPr>
      <w:r>
        <w:rPr>
          <w:rFonts w:ascii="Arial" w:hAnsi="Arial"/>
          <w:color w:val="5D7284"/>
        </w:rPr>
        <w:t>03:01</w:t>
      </w:r>
      <w:r w:rsidR="007970E8">
        <w:rPr>
          <w:rFonts w:ascii="Arial" w:hAnsi="Arial"/>
          <w:color w:val="5D7284"/>
        </w:rPr>
        <w:t>: Dr Raghav Sundar</w:t>
      </w:r>
    </w:p>
    <w:p w14:paraId="6975420C" w14:textId="377D47D0" w:rsidR="00023C9C" w:rsidRDefault="00576BE8">
      <w:pPr>
        <w:spacing w:after="0"/>
      </w:pPr>
      <w:r>
        <w:rPr>
          <w:rFonts w:ascii="Arial" w:hAnsi="Arial"/>
        </w:rPr>
        <w:t>I'</w:t>
      </w:r>
      <w:r w:rsidR="00963A30">
        <w:rPr>
          <w:rFonts w:ascii="Arial" w:hAnsi="Arial"/>
        </w:rPr>
        <w:t>m a</w:t>
      </w:r>
      <w:r>
        <w:rPr>
          <w:rFonts w:ascii="Arial" w:hAnsi="Arial"/>
        </w:rPr>
        <w:t xml:space="preserve"> medical oncologist working at the National University Cancer Institute in Singapore. Currently</w:t>
      </w:r>
      <w:r w:rsidR="00963A30">
        <w:rPr>
          <w:rFonts w:ascii="Arial" w:hAnsi="Arial"/>
        </w:rPr>
        <w:t>,</w:t>
      </w:r>
      <w:r>
        <w:rPr>
          <w:rFonts w:ascii="Arial" w:hAnsi="Arial"/>
        </w:rPr>
        <w:t xml:space="preserve"> I </w:t>
      </w:r>
      <w:r w:rsidR="007970E8">
        <w:rPr>
          <w:rFonts w:ascii="Arial" w:hAnsi="Arial"/>
        </w:rPr>
        <w:t>specialize</w:t>
      </w:r>
      <w:r>
        <w:rPr>
          <w:rFonts w:ascii="Arial" w:hAnsi="Arial"/>
        </w:rPr>
        <w:t xml:space="preserve"> in gastrointestinal oncology, as well as experimental therapeutics and </w:t>
      </w:r>
      <w:r w:rsidR="00963A30">
        <w:rPr>
          <w:rFonts w:ascii="Arial" w:hAnsi="Arial"/>
        </w:rPr>
        <w:t>early-phase</w:t>
      </w:r>
      <w:r>
        <w:rPr>
          <w:rFonts w:ascii="Arial" w:hAnsi="Arial"/>
        </w:rPr>
        <w:t xml:space="preserve"> clinical trials. I've been working on </w:t>
      </w:r>
      <w:r w:rsidR="00963A30">
        <w:rPr>
          <w:rFonts w:ascii="Arial" w:hAnsi="Arial"/>
        </w:rPr>
        <w:t>CIPN</w:t>
      </w:r>
      <w:r>
        <w:rPr>
          <w:rFonts w:ascii="Arial" w:hAnsi="Arial"/>
        </w:rPr>
        <w:t xml:space="preserve"> prevention for about 10 years now currently working on developing </w:t>
      </w:r>
      <w:r w:rsidR="00963A30">
        <w:rPr>
          <w:rFonts w:ascii="Arial" w:hAnsi="Arial"/>
        </w:rPr>
        <w:t xml:space="preserve">a </w:t>
      </w:r>
      <w:r>
        <w:rPr>
          <w:rFonts w:ascii="Arial" w:hAnsi="Arial"/>
        </w:rPr>
        <w:t xml:space="preserve">device to try and prevent </w:t>
      </w:r>
      <w:r w:rsidR="00963A30">
        <w:rPr>
          <w:rFonts w:ascii="Arial" w:hAnsi="Arial"/>
        </w:rPr>
        <w:t>chemotherapy-induced</w:t>
      </w:r>
      <w:r>
        <w:rPr>
          <w:rFonts w:ascii="Arial" w:hAnsi="Arial"/>
        </w:rPr>
        <w:t xml:space="preserve"> peripheral neuropathy and show during the rest of this conversation. We'll talk more about it.</w:t>
      </w:r>
    </w:p>
    <w:p w14:paraId="5273A48B" w14:textId="77777777" w:rsidR="00023C9C" w:rsidRDefault="00023C9C">
      <w:pPr>
        <w:spacing w:after="0"/>
      </w:pPr>
    </w:p>
    <w:p w14:paraId="397C4EB3" w14:textId="6290C484" w:rsidR="00023C9C" w:rsidRDefault="00576BE8">
      <w:pPr>
        <w:spacing w:after="0"/>
      </w:pPr>
      <w:r>
        <w:rPr>
          <w:rFonts w:ascii="Arial" w:hAnsi="Arial"/>
          <w:color w:val="5D7284"/>
        </w:rPr>
        <w:t>03:28</w:t>
      </w:r>
      <w:r w:rsidR="007970E8">
        <w:rPr>
          <w:rFonts w:ascii="Arial" w:hAnsi="Arial"/>
          <w:color w:val="5D7284"/>
        </w:rPr>
        <w:t>: Aishwarya Bandla</w:t>
      </w:r>
    </w:p>
    <w:p w14:paraId="70E3F993" w14:textId="28FAC051" w:rsidR="00023C9C" w:rsidRDefault="00576BE8">
      <w:pPr>
        <w:spacing w:after="0"/>
      </w:pPr>
      <w:r>
        <w:rPr>
          <w:rFonts w:ascii="Arial" w:hAnsi="Arial"/>
        </w:rPr>
        <w:t xml:space="preserve">Hi everyone. I'm </w:t>
      </w:r>
      <w:r w:rsidR="007970E8">
        <w:rPr>
          <w:rFonts w:ascii="Arial" w:hAnsi="Arial"/>
        </w:rPr>
        <w:t>Aishwarya</w:t>
      </w:r>
      <w:r>
        <w:rPr>
          <w:rFonts w:ascii="Arial" w:hAnsi="Arial"/>
        </w:rPr>
        <w:t xml:space="preserve"> </w:t>
      </w:r>
      <w:r w:rsidR="00963A30">
        <w:rPr>
          <w:rFonts w:ascii="Arial" w:hAnsi="Arial"/>
        </w:rPr>
        <w:t>Bandla</w:t>
      </w:r>
      <w:r>
        <w:rPr>
          <w:rFonts w:ascii="Arial" w:hAnsi="Arial"/>
        </w:rPr>
        <w:t xml:space="preserve">. I'm a biomedical engineer and I had the translational core that anyone is used for health at the National University of Singapore been working with regard </w:t>
      </w:r>
      <w:r w:rsidR="00963A30">
        <w:rPr>
          <w:rFonts w:ascii="Arial" w:hAnsi="Arial"/>
        </w:rPr>
        <w:t>to</w:t>
      </w:r>
      <w:r>
        <w:rPr>
          <w:rFonts w:ascii="Arial" w:hAnsi="Arial"/>
        </w:rPr>
        <w:t xml:space="preserve"> this area of investigating crime competition for tip my tip and prevention for the past 10 years. Along with the team we've come to design and develop the variable limb prior competition system, specially catered for cancer patients undergoing chemotherapy. And I'm very thrilled to be part of not a very interesting but also important summit.</w:t>
      </w:r>
    </w:p>
    <w:p w14:paraId="74EA605B" w14:textId="77777777" w:rsidR="00023C9C" w:rsidRDefault="00023C9C">
      <w:pPr>
        <w:spacing w:after="0"/>
      </w:pPr>
    </w:p>
    <w:p w14:paraId="5E7F68E2" w14:textId="2AFE7085" w:rsidR="00023C9C" w:rsidRDefault="00576BE8">
      <w:pPr>
        <w:spacing w:after="0"/>
      </w:pPr>
      <w:r>
        <w:rPr>
          <w:rFonts w:ascii="Arial" w:hAnsi="Arial"/>
          <w:color w:val="5D7284"/>
        </w:rPr>
        <w:t>03:59</w:t>
      </w:r>
      <w:r w:rsidR="007970E8">
        <w:rPr>
          <w:rFonts w:ascii="Arial" w:hAnsi="Arial"/>
          <w:color w:val="5D7284"/>
        </w:rPr>
        <w:t>: Dr Melissa Accordino</w:t>
      </w:r>
    </w:p>
    <w:p w14:paraId="58E7A09C" w14:textId="2AEA83C7" w:rsidR="00023C9C" w:rsidRDefault="00576BE8">
      <w:pPr>
        <w:spacing w:after="0"/>
      </w:pPr>
      <w:r>
        <w:rPr>
          <w:rFonts w:ascii="Arial" w:hAnsi="Arial"/>
        </w:rPr>
        <w:t xml:space="preserve">Hi, I'm Dr. Melissa Aqua Dino I am a breast medical oncologist at Columbia University. And I do research related to cancer care delivery and Cancer Survivorship. And we have done some preliminary work at Columbia doing some pilot studies of both cryotherapy and compression therapy to look at </w:t>
      </w:r>
      <w:r w:rsidR="00963A30">
        <w:rPr>
          <w:rFonts w:ascii="Arial" w:hAnsi="Arial"/>
        </w:rPr>
        <w:t xml:space="preserve">the </w:t>
      </w:r>
      <w:r>
        <w:rPr>
          <w:rFonts w:ascii="Arial" w:hAnsi="Arial"/>
        </w:rPr>
        <w:t xml:space="preserve">prevention of </w:t>
      </w:r>
      <w:r w:rsidR="00963A30">
        <w:rPr>
          <w:rFonts w:ascii="Arial" w:hAnsi="Arial"/>
        </w:rPr>
        <w:t>CIPN</w:t>
      </w:r>
      <w:r>
        <w:rPr>
          <w:rFonts w:ascii="Arial" w:hAnsi="Arial"/>
        </w:rPr>
        <w:t xml:space="preserve">. I'm also working with many members of this panel on a </w:t>
      </w:r>
      <w:r w:rsidR="007970E8">
        <w:rPr>
          <w:rFonts w:ascii="Arial" w:hAnsi="Arial"/>
        </w:rPr>
        <w:t>randomized</w:t>
      </w:r>
      <w:r>
        <w:rPr>
          <w:rFonts w:ascii="Arial" w:hAnsi="Arial"/>
        </w:rPr>
        <w:t xml:space="preserve"> larger phase trial within the </w:t>
      </w:r>
      <w:r w:rsidR="00963A30">
        <w:rPr>
          <w:rFonts w:ascii="Arial" w:hAnsi="Arial"/>
        </w:rPr>
        <w:t>SWOG</w:t>
      </w:r>
      <w:r>
        <w:rPr>
          <w:rFonts w:ascii="Arial" w:hAnsi="Arial"/>
        </w:rPr>
        <w:t xml:space="preserve"> Research Network to try and prevent </w:t>
      </w:r>
      <w:r w:rsidR="00963A30">
        <w:rPr>
          <w:rFonts w:ascii="Arial" w:hAnsi="Arial"/>
        </w:rPr>
        <w:t>CIPN</w:t>
      </w:r>
      <w:r>
        <w:rPr>
          <w:rFonts w:ascii="Arial" w:hAnsi="Arial"/>
        </w:rPr>
        <w:t xml:space="preserve"> Using this novel device and I'm really looking forward to working with everyone and I completely agree </w:t>
      </w:r>
      <w:r w:rsidR="00963A30">
        <w:rPr>
          <w:rFonts w:ascii="Arial" w:hAnsi="Arial"/>
        </w:rPr>
        <w:t>CIPN</w:t>
      </w:r>
      <w:r>
        <w:rPr>
          <w:rFonts w:ascii="Arial" w:hAnsi="Arial"/>
        </w:rPr>
        <w:t xml:space="preserve"> is such a huge problem for our patients and anything that we can do to make their lives even a little bit better</w:t>
      </w:r>
      <w:r w:rsidR="00963A30">
        <w:rPr>
          <w:rFonts w:ascii="Arial" w:hAnsi="Arial"/>
        </w:rPr>
        <w:t>.</w:t>
      </w:r>
    </w:p>
    <w:p w14:paraId="490959D6" w14:textId="77777777" w:rsidR="00023C9C" w:rsidRDefault="00023C9C">
      <w:pPr>
        <w:spacing w:after="0"/>
      </w:pPr>
    </w:p>
    <w:p w14:paraId="06C8466E" w14:textId="79D0F88D" w:rsidR="00023C9C" w:rsidRDefault="00576BE8">
      <w:pPr>
        <w:spacing w:after="0"/>
      </w:pPr>
      <w:r>
        <w:rPr>
          <w:rFonts w:ascii="Arial" w:hAnsi="Arial"/>
          <w:color w:val="5D7284"/>
        </w:rPr>
        <w:t>04:50</w:t>
      </w:r>
      <w:r w:rsidR="007970E8">
        <w:rPr>
          <w:rFonts w:ascii="Arial" w:hAnsi="Arial"/>
          <w:color w:val="5D7284"/>
        </w:rPr>
        <w:t>: Dr Charles Loprinzi</w:t>
      </w:r>
    </w:p>
    <w:p w14:paraId="4C429BB7" w14:textId="77777777" w:rsidR="00023C9C" w:rsidRDefault="00576BE8">
      <w:pPr>
        <w:spacing w:after="0"/>
      </w:pPr>
      <w:r>
        <w:rPr>
          <w:rFonts w:ascii="Arial" w:hAnsi="Arial"/>
        </w:rPr>
        <w:t>last but certainly not least, Anne Marie.</w:t>
      </w:r>
    </w:p>
    <w:p w14:paraId="325C8656" w14:textId="77777777" w:rsidR="00023C9C" w:rsidRDefault="00023C9C">
      <w:pPr>
        <w:spacing w:after="0"/>
      </w:pPr>
    </w:p>
    <w:p w14:paraId="229A5654" w14:textId="3CBCAA0D" w:rsidR="00023C9C" w:rsidRDefault="00576BE8">
      <w:pPr>
        <w:spacing w:after="0"/>
      </w:pPr>
      <w:r>
        <w:rPr>
          <w:rFonts w:ascii="Arial" w:hAnsi="Arial"/>
          <w:color w:val="5D7284"/>
        </w:rPr>
        <w:t>04:53</w:t>
      </w:r>
      <w:r w:rsidR="007970E8">
        <w:rPr>
          <w:rFonts w:ascii="Arial" w:hAnsi="Arial"/>
          <w:color w:val="5D7284"/>
        </w:rPr>
        <w:t>: Anne Marie Mercurio</w:t>
      </w:r>
    </w:p>
    <w:p w14:paraId="15EE9A20" w14:textId="69253AA0" w:rsidR="00023C9C" w:rsidRDefault="00576BE8">
      <w:pPr>
        <w:spacing w:after="0"/>
      </w:pPr>
      <w:r>
        <w:rPr>
          <w:rFonts w:ascii="Arial" w:hAnsi="Arial"/>
        </w:rPr>
        <w:t xml:space="preserve">Hi everyone. I am Anne Marie Mercurio. I am currently in New York and I </w:t>
      </w:r>
      <w:r w:rsidR="007970E8">
        <w:rPr>
          <w:rFonts w:ascii="Arial" w:hAnsi="Arial"/>
        </w:rPr>
        <w:t>sit</w:t>
      </w:r>
      <w:r>
        <w:rPr>
          <w:rFonts w:ascii="Arial" w:hAnsi="Arial"/>
        </w:rPr>
        <w:t xml:space="preserve"> on </w:t>
      </w:r>
      <w:r w:rsidR="007970E8">
        <w:rPr>
          <w:rFonts w:ascii="Arial" w:hAnsi="Arial"/>
        </w:rPr>
        <w:t>SWOG</w:t>
      </w:r>
      <w:r>
        <w:rPr>
          <w:rFonts w:ascii="Arial" w:hAnsi="Arial"/>
        </w:rPr>
        <w:t xml:space="preserve">, </w:t>
      </w:r>
      <w:r w:rsidR="00963A30">
        <w:rPr>
          <w:rFonts w:ascii="Arial" w:hAnsi="Arial"/>
        </w:rPr>
        <w:t xml:space="preserve">and </w:t>
      </w:r>
      <w:r>
        <w:rPr>
          <w:rFonts w:ascii="Arial" w:hAnsi="Arial"/>
        </w:rPr>
        <w:t xml:space="preserve">several committees. But my most recent work is within the symptom management and quality of life Committee, which is a passion of mine. I am a </w:t>
      </w:r>
      <w:r w:rsidR="007970E8">
        <w:rPr>
          <w:rFonts w:ascii="Arial" w:hAnsi="Arial"/>
        </w:rPr>
        <w:t>long-term</w:t>
      </w:r>
      <w:r>
        <w:rPr>
          <w:rFonts w:ascii="Arial" w:hAnsi="Arial"/>
        </w:rPr>
        <w:t xml:space="preserve"> survivor of invasive lobular breast cancer. And more recently was the caregiver for my mom who was living with mostly stable metastatic disease until it wasn't, which is unfortunately the trajectory that disease seems to take once that happens. And this conversation is supremely important because I have some opinions about what happened to her and why. And I think it directly goes to side effects of treatment that may have caused weakness that was absolutely neuropathy from medication generated. So I'm looking forward to having a really wonderful conversation and advancing all of this knowledge forward.</w:t>
      </w:r>
    </w:p>
    <w:p w14:paraId="7D9B8DA5" w14:textId="77777777" w:rsidR="00023C9C" w:rsidRDefault="00023C9C">
      <w:pPr>
        <w:spacing w:after="0"/>
      </w:pPr>
    </w:p>
    <w:p w14:paraId="123FC526" w14:textId="77777777" w:rsidR="007970E8" w:rsidRDefault="007970E8">
      <w:pPr>
        <w:spacing w:after="0"/>
        <w:rPr>
          <w:rFonts w:ascii="Arial" w:hAnsi="Arial"/>
          <w:color w:val="5D7284"/>
        </w:rPr>
      </w:pPr>
    </w:p>
    <w:p w14:paraId="0E752346" w14:textId="77777777" w:rsidR="007970E8" w:rsidRDefault="007970E8">
      <w:pPr>
        <w:spacing w:after="0"/>
        <w:rPr>
          <w:rFonts w:ascii="Arial" w:hAnsi="Arial"/>
          <w:color w:val="5D7284"/>
        </w:rPr>
      </w:pPr>
    </w:p>
    <w:p w14:paraId="54916C34" w14:textId="77777777" w:rsidR="007970E8" w:rsidRDefault="007970E8">
      <w:pPr>
        <w:spacing w:after="0"/>
        <w:rPr>
          <w:rFonts w:ascii="Arial" w:hAnsi="Arial"/>
          <w:color w:val="5D7284"/>
        </w:rPr>
      </w:pPr>
    </w:p>
    <w:p w14:paraId="5AD5C17D" w14:textId="77777777" w:rsidR="007970E8" w:rsidRDefault="007970E8">
      <w:pPr>
        <w:spacing w:after="0"/>
        <w:rPr>
          <w:rFonts w:ascii="Arial" w:hAnsi="Arial"/>
          <w:color w:val="5D7284"/>
        </w:rPr>
      </w:pPr>
    </w:p>
    <w:p w14:paraId="498E49ED" w14:textId="77777777" w:rsidR="007970E8" w:rsidRDefault="007970E8">
      <w:pPr>
        <w:spacing w:after="0"/>
        <w:rPr>
          <w:rFonts w:ascii="Arial" w:hAnsi="Arial"/>
          <w:color w:val="5D7284"/>
        </w:rPr>
      </w:pPr>
    </w:p>
    <w:p w14:paraId="6CCE0720" w14:textId="77777777" w:rsidR="007970E8" w:rsidRDefault="007970E8">
      <w:pPr>
        <w:spacing w:after="0"/>
        <w:rPr>
          <w:rFonts w:ascii="Arial" w:hAnsi="Arial"/>
          <w:color w:val="5D7284"/>
        </w:rPr>
      </w:pPr>
    </w:p>
    <w:p w14:paraId="5395F2D8" w14:textId="72B6E076" w:rsidR="00023C9C" w:rsidRDefault="00576BE8">
      <w:pPr>
        <w:spacing w:after="0"/>
      </w:pPr>
      <w:r>
        <w:rPr>
          <w:rFonts w:ascii="Arial" w:hAnsi="Arial"/>
          <w:color w:val="5D7284"/>
        </w:rPr>
        <w:t>05:57</w:t>
      </w:r>
      <w:r w:rsidR="007970E8">
        <w:rPr>
          <w:rFonts w:ascii="Arial" w:hAnsi="Arial"/>
          <w:color w:val="5D7284"/>
        </w:rPr>
        <w:t>: Dr Charles Loprinzi</w:t>
      </w:r>
    </w:p>
    <w:p w14:paraId="3A9224B5" w14:textId="22BFF0BD" w:rsidR="00023C9C" w:rsidRDefault="00576BE8">
      <w:pPr>
        <w:spacing w:after="0"/>
      </w:pPr>
      <w:r>
        <w:rPr>
          <w:rFonts w:ascii="Arial" w:hAnsi="Arial"/>
        </w:rPr>
        <w:t>Let's start off by discussing cipn as a side effect in a little bit more detail, what does it mean to a patient? And what does it mean to a physician</w:t>
      </w:r>
      <w:r w:rsidR="00963A30">
        <w:rPr>
          <w:rFonts w:ascii="Arial" w:hAnsi="Arial"/>
        </w:rPr>
        <w:t>?</w:t>
      </w:r>
    </w:p>
    <w:p w14:paraId="1396FE3C" w14:textId="77777777" w:rsidR="00023C9C" w:rsidRDefault="00023C9C">
      <w:pPr>
        <w:spacing w:after="0"/>
      </w:pPr>
    </w:p>
    <w:p w14:paraId="22A40C68" w14:textId="3143D548" w:rsidR="00023C9C" w:rsidRDefault="00576BE8">
      <w:pPr>
        <w:spacing w:after="0"/>
      </w:pPr>
      <w:r>
        <w:rPr>
          <w:rFonts w:ascii="Arial" w:hAnsi="Arial"/>
          <w:color w:val="5D7284"/>
        </w:rPr>
        <w:t>06:04</w:t>
      </w:r>
      <w:r w:rsidR="007970E8">
        <w:rPr>
          <w:rFonts w:ascii="Arial" w:hAnsi="Arial"/>
          <w:color w:val="5D7284"/>
        </w:rPr>
        <w:t>: Anne Marie Mercurio</w:t>
      </w:r>
    </w:p>
    <w:p w14:paraId="0A7CA5A3" w14:textId="1E925970" w:rsidR="00023C9C" w:rsidRDefault="00963A30">
      <w:pPr>
        <w:spacing w:after="0"/>
      </w:pPr>
      <w:r>
        <w:rPr>
          <w:rFonts w:ascii="Arial" w:hAnsi="Arial"/>
        </w:rPr>
        <w:t>S</w:t>
      </w:r>
      <w:r w:rsidR="00576BE8">
        <w:rPr>
          <w:rFonts w:ascii="Arial" w:hAnsi="Arial"/>
        </w:rPr>
        <w:t>ymptoms are cumulative within a patient, even if it's a nuisance symptom, if you end up with five nuisance symptoms, and then you know, a couple of serious side effects, it's all happening within one person. So as many of these things as we can address goes to making the quality of life better for every single patient, if you can take away some of those burdens with interventions that we know are going to work. That's important, because as many of them as we can get off that there are some that are not going to be able to be taken away, at least while you're in active treatment. neuropathy, unfortunately, I know it can be in a lot of cases, something that people may think it's going to go away once they stop treatment, only to find out a year later, this is not resolving. And now you have a constant reminder of an annoyance. And something that I would submit can be dangerous. If the neuropathy is in one's foot, it leads to a fall and suddenly it's a far more severe problem</w:t>
      </w:r>
    </w:p>
    <w:p w14:paraId="6AEB0600" w14:textId="77777777" w:rsidR="00023C9C" w:rsidRDefault="00023C9C">
      <w:pPr>
        <w:spacing w:after="0"/>
      </w:pPr>
    </w:p>
    <w:p w14:paraId="55521926" w14:textId="6F7DE7A4" w:rsidR="00023C9C" w:rsidRDefault="00576BE8">
      <w:pPr>
        <w:spacing w:after="0"/>
      </w:pPr>
      <w:r>
        <w:rPr>
          <w:rFonts w:ascii="Arial" w:hAnsi="Arial"/>
          <w:color w:val="5D7284"/>
        </w:rPr>
        <w:t>07:16</w:t>
      </w:r>
      <w:r w:rsidR="007970E8">
        <w:rPr>
          <w:rFonts w:ascii="Arial" w:hAnsi="Arial"/>
          <w:color w:val="5D7284"/>
        </w:rPr>
        <w:t>: Dr</w:t>
      </w:r>
      <w:r w:rsidR="00963A30">
        <w:rPr>
          <w:rFonts w:ascii="Arial" w:hAnsi="Arial"/>
          <w:color w:val="5D7284"/>
        </w:rPr>
        <w:t>.</w:t>
      </w:r>
      <w:r w:rsidR="007970E8">
        <w:rPr>
          <w:rFonts w:ascii="Arial" w:hAnsi="Arial"/>
          <w:color w:val="5D7284"/>
        </w:rPr>
        <w:t xml:space="preserve"> Stephanie Graff</w:t>
      </w:r>
    </w:p>
    <w:p w14:paraId="499B970D" w14:textId="1E8BA0EF" w:rsidR="00023C9C" w:rsidRDefault="007970E8">
      <w:pPr>
        <w:spacing w:after="0"/>
      </w:pPr>
      <w:r>
        <w:rPr>
          <w:rFonts w:ascii="Arial" w:hAnsi="Arial"/>
        </w:rPr>
        <w:t>For</w:t>
      </w:r>
      <w:r w:rsidR="00576BE8">
        <w:rPr>
          <w:rFonts w:ascii="Arial" w:hAnsi="Arial"/>
        </w:rPr>
        <w:t xml:space="preserve"> our audience. They may not necessarily even know what </w:t>
      </w:r>
      <w:r w:rsidR="00963A30">
        <w:rPr>
          <w:rFonts w:ascii="Arial" w:hAnsi="Arial"/>
        </w:rPr>
        <w:t>CIPN</w:t>
      </w:r>
      <w:r w:rsidR="00576BE8">
        <w:rPr>
          <w:rFonts w:ascii="Arial" w:hAnsi="Arial"/>
        </w:rPr>
        <w:t xml:space="preserve"> is. So maybe just some general definitions that help the </w:t>
      </w:r>
      <w:r w:rsidR="00963A30">
        <w:rPr>
          <w:rFonts w:ascii="Arial" w:hAnsi="Arial"/>
        </w:rPr>
        <w:t>CIPN</w:t>
      </w:r>
      <w:r w:rsidR="00576BE8">
        <w:rPr>
          <w:rFonts w:ascii="Arial" w:hAnsi="Arial"/>
        </w:rPr>
        <w:t xml:space="preserve"> means largely in chemotherapy means a sensation. So a feeling of pins and needles, numbness, tingling, all different sorts of words have been described as the earliest symptom, which can progress to pain that can start is something that comes and goes and progress to be something that's </w:t>
      </w:r>
      <w:r w:rsidR="00963A30">
        <w:rPr>
          <w:rFonts w:ascii="Arial" w:hAnsi="Arial"/>
        </w:rPr>
        <w:t>ever-present</w:t>
      </w:r>
      <w:r w:rsidR="00576BE8">
        <w:rPr>
          <w:rFonts w:ascii="Arial" w:hAnsi="Arial"/>
        </w:rPr>
        <w:t>. But as we think about it as a continuum, grade one, B comes and goes, grade two is severe. Grade Three is interred constantly interrupting your quality of life. Grade four is virtually disabled from the severity of the symptoms. And that's a very, very minimalistic description of how we grade peripheral neuropathy.</w:t>
      </w:r>
    </w:p>
    <w:p w14:paraId="70FEBC2A" w14:textId="77777777" w:rsidR="00023C9C" w:rsidRDefault="00023C9C">
      <w:pPr>
        <w:spacing w:after="0"/>
      </w:pPr>
    </w:p>
    <w:p w14:paraId="77858D6B" w14:textId="5D82AE9C" w:rsidR="00023C9C" w:rsidRDefault="00576BE8">
      <w:pPr>
        <w:spacing w:after="0"/>
      </w:pPr>
      <w:r>
        <w:rPr>
          <w:rFonts w:ascii="Arial" w:hAnsi="Arial"/>
          <w:color w:val="5D7284"/>
        </w:rPr>
        <w:t>08:05</w:t>
      </w:r>
      <w:r w:rsidR="007970E8">
        <w:rPr>
          <w:rFonts w:ascii="Arial" w:hAnsi="Arial"/>
          <w:color w:val="5D7284"/>
        </w:rPr>
        <w:t>: Dr Melissa Accordino</w:t>
      </w:r>
    </w:p>
    <w:p w14:paraId="598F2CF1" w14:textId="79C83BE0" w:rsidR="00023C9C" w:rsidRDefault="00576BE8">
      <w:pPr>
        <w:spacing w:after="0"/>
      </w:pPr>
      <w:r>
        <w:rPr>
          <w:rFonts w:ascii="Arial" w:hAnsi="Arial"/>
        </w:rPr>
        <w:t xml:space="preserve">It's really challenging because everyone's experience with neuropathy is so different. And in the beginning, when we were looking at this in clinical trials, we were using a lot of the grading </w:t>
      </w:r>
      <w:r w:rsidR="00963A30">
        <w:rPr>
          <w:rFonts w:ascii="Arial" w:hAnsi="Arial"/>
        </w:rPr>
        <w:t>systems</w:t>
      </w:r>
      <w:r>
        <w:rPr>
          <w:rFonts w:ascii="Arial" w:hAnsi="Arial"/>
        </w:rPr>
        <w:t xml:space="preserve">. And unfortunately, when we report, you know, neuropathy, sometimes captures what patients are actually experiencing because unless like Dr. Graf said that people are really truly having disabling symptoms, people sometimes will look at the papers and say, you know, they're very low rates of grade one neuropathy, and that's really different for every patient and patients experience, even with what we might consider grade one could really impact their quality of life significantly. What people are doing out there in the community is because this is such a feared symptom </w:t>
      </w:r>
      <w:r w:rsidR="00963A30">
        <w:rPr>
          <w:rFonts w:ascii="Arial" w:hAnsi="Arial"/>
        </w:rPr>
        <w:t>c</w:t>
      </w:r>
      <w:r>
        <w:rPr>
          <w:rFonts w:ascii="Arial" w:hAnsi="Arial"/>
        </w:rPr>
        <w:t>ould sometimes be extreme. And people are doing these things without any data because neuropathy is so impactful on patients quality of life. So I think it's so important that we try and find interventions that are safe and are effective, and we have data to support their use.</w:t>
      </w:r>
    </w:p>
    <w:p w14:paraId="64BC091E" w14:textId="77777777" w:rsidR="00023C9C" w:rsidRDefault="00023C9C">
      <w:pPr>
        <w:spacing w:after="0"/>
      </w:pPr>
    </w:p>
    <w:p w14:paraId="5407B38B" w14:textId="77777777" w:rsidR="007970E8" w:rsidRDefault="007970E8">
      <w:pPr>
        <w:spacing w:after="0"/>
        <w:rPr>
          <w:rFonts w:ascii="Arial" w:hAnsi="Arial"/>
          <w:color w:val="5D7284"/>
        </w:rPr>
      </w:pPr>
    </w:p>
    <w:p w14:paraId="2AD86760" w14:textId="77777777" w:rsidR="007970E8" w:rsidRDefault="007970E8">
      <w:pPr>
        <w:spacing w:after="0"/>
        <w:rPr>
          <w:rFonts w:ascii="Arial" w:hAnsi="Arial"/>
          <w:color w:val="5D7284"/>
        </w:rPr>
      </w:pPr>
    </w:p>
    <w:p w14:paraId="3CFAAAE8" w14:textId="77777777" w:rsidR="007970E8" w:rsidRDefault="007970E8">
      <w:pPr>
        <w:spacing w:after="0"/>
        <w:rPr>
          <w:rFonts w:ascii="Arial" w:hAnsi="Arial"/>
          <w:color w:val="5D7284"/>
        </w:rPr>
      </w:pPr>
    </w:p>
    <w:p w14:paraId="5348B540" w14:textId="77777777" w:rsidR="007970E8" w:rsidRDefault="007970E8">
      <w:pPr>
        <w:spacing w:after="0"/>
        <w:rPr>
          <w:rFonts w:ascii="Arial" w:hAnsi="Arial"/>
          <w:color w:val="5D7284"/>
        </w:rPr>
      </w:pPr>
    </w:p>
    <w:p w14:paraId="671E46B6" w14:textId="77777777" w:rsidR="007970E8" w:rsidRDefault="007970E8">
      <w:pPr>
        <w:spacing w:after="0"/>
        <w:rPr>
          <w:rFonts w:ascii="Arial" w:hAnsi="Arial"/>
          <w:color w:val="5D7284"/>
        </w:rPr>
      </w:pPr>
    </w:p>
    <w:p w14:paraId="1CB6AF7F" w14:textId="0F8B9AB3" w:rsidR="00023C9C" w:rsidRDefault="00576BE8">
      <w:pPr>
        <w:spacing w:after="0"/>
      </w:pPr>
      <w:r>
        <w:rPr>
          <w:rFonts w:ascii="Arial" w:hAnsi="Arial"/>
          <w:color w:val="5D7284"/>
        </w:rPr>
        <w:t>09:06</w:t>
      </w:r>
      <w:r w:rsidR="007970E8">
        <w:rPr>
          <w:rFonts w:ascii="Arial" w:hAnsi="Arial"/>
          <w:color w:val="5D7284"/>
        </w:rPr>
        <w:t>: Dr Charles Loprinzi</w:t>
      </w:r>
    </w:p>
    <w:p w14:paraId="27776EAF" w14:textId="09966C40" w:rsidR="00023C9C" w:rsidRDefault="00963A30">
      <w:pPr>
        <w:spacing w:after="0"/>
      </w:pPr>
      <w:r>
        <w:rPr>
          <w:rFonts w:ascii="Arial" w:hAnsi="Arial"/>
        </w:rPr>
        <w:t>Patient-reported outcomes</w:t>
      </w:r>
      <w:r w:rsidR="00576BE8">
        <w:rPr>
          <w:rFonts w:ascii="Arial" w:hAnsi="Arial"/>
        </w:rPr>
        <w:t xml:space="preserve"> as the best way to do it</w:t>
      </w:r>
      <w:r w:rsidR="00F34762">
        <w:rPr>
          <w:rFonts w:ascii="Arial" w:hAnsi="Arial"/>
        </w:rPr>
        <w:t>,</w:t>
      </w:r>
      <w:r w:rsidR="00576BE8">
        <w:rPr>
          <w:rFonts w:ascii="Arial" w:hAnsi="Arial"/>
        </w:rPr>
        <w:t xml:space="preserve"> not physician or nurse reported is what the patient says is the bottom line answer. I believe that for 30 years, it took a long time for that to come around to others because the scientists who say it was what the doctor nurse says. That's clearly not true.</w:t>
      </w:r>
    </w:p>
    <w:p w14:paraId="2BDDF75B" w14:textId="77777777" w:rsidR="00023C9C" w:rsidRDefault="00023C9C">
      <w:pPr>
        <w:spacing w:after="0"/>
      </w:pPr>
    </w:p>
    <w:p w14:paraId="7D673858" w14:textId="1B41DDFF" w:rsidR="00023C9C" w:rsidRDefault="00576BE8">
      <w:pPr>
        <w:spacing w:after="0"/>
      </w:pPr>
      <w:r>
        <w:rPr>
          <w:rFonts w:ascii="Arial" w:hAnsi="Arial"/>
          <w:color w:val="5D7284"/>
        </w:rPr>
        <w:t>09:21</w:t>
      </w:r>
      <w:r w:rsidR="007970E8">
        <w:rPr>
          <w:rFonts w:ascii="Arial" w:hAnsi="Arial"/>
          <w:color w:val="5D7284"/>
        </w:rPr>
        <w:t>: Dr Raghav Sundar</w:t>
      </w:r>
    </w:p>
    <w:p w14:paraId="7BE98372" w14:textId="2FC677BF" w:rsidR="00023C9C" w:rsidRDefault="00576BE8">
      <w:pPr>
        <w:spacing w:after="0"/>
      </w:pPr>
      <w:r>
        <w:rPr>
          <w:rFonts w:ascii="Arial" w:hAnsi="Arial"/>
        </w:rPr>
        <w:t xml:space="preserve">I think there are a whole group of patients out there who are trying to do their best to prevent neuropathy, but neuropathy is also one of those side effects that are not obvious to everyone. If he's talking about hair loss from chemotherapy, everybody knows about it. But if you say numbness to a lot of patients, they're like, Hey, I have cancer, I want to kill it. I don't care about numbness until the numbness actually kicks in and then they're like, Hey, you didn't tell me this is </w:t>
      </w:r>
      <w:r w:rsidR="007970E8">
        <w:rPr>
          <w:rFonts w:ascii="Arial" w:hAnsi="Arial"/>
        </w:rPr>
        <w:t>going to</w:t>
      </w:r>
      <w:r>
        <w:rPr>
          <w:rFonts w:ascii="Arial" w:hAnsi="Arial"/>
        </w:rPr>
        <w:t xml:space="preserve"> happen and I was like, No, I told you this is going to happen but with all the other 100 things I have to tell you when you're first diagnosed with cancer along with the neutropenia and nausea and vomiting and the hair loss then the neuropathy just falls off to the background but because it's one of those </w:t>
      </w:r>
      <w:r w:rsidR="00963A30">
        <w:rPr>
          <w:rFonts w:ascii="Arial" w:hAnsi="Arial"/>
        </w:rPr>
        <w:t>long-lasting</w:t>
      </w:r>
      <w:r>
        <w:rPr>
          <w:rFonts w:ascii="Arial" w:hAnsi="Arial"/>
        </w:rPr>
        <w:t xml:space="preserve"> side effects is the thing that we see our survivors with all the time. And that's very hard to bring out. The other important point I think that both Charles and was brought up was this issue about the differences in the way clinicians view side effects and the </w:t>
      </w:r>
      <w:r w:rsidR="00F34762">
        <w:rPr>
          <w:rFonts w:ascii="Arial" w:hAnsi="Arial"/>
        </w:rPr>
        <w:t>patients</w:t>
      </w:r>
      <w:r>
        <w:rPr>
          <w:rFonts w:ascii="Arial" w:hAnsi="Arial"/>
        </w:rPr>
        <w:t xml:space="preserve"> view side effects. And I think this is especially acutely important in the neuropathy space, because tingling and numbness to any person is very different from if you're a concert pianist who is going to get a neurotoxic </w:t>
      </w:r>
      <w:r w:rsidR="00F34762">
        <w:rPr>
          <w:rFonts w:ascii="Arial" w:hAnsi="Arial"/>
        </w:rPr>
        <w:t>removal</w:t>
      </w:r>
      <w:r>
        <w:rPr>
          <w:rFonts w:ascii="Arial" w:hAnsi="Arial"/>
        </w:rPr>
        <w:t xml:space="preserve">, but it doesn't even have to be a concert pianist, you could be a pastry chef and still have problems with neuropathy, and that affecting your quality of life. And therefore, these very subtle differences in </w:t>
      </w:r>
      <w:r w:rsidR="00F34762">
        <w:rPr>
          <w:rFonts w:ascii="Arial" w:hAnsi="Arial"/>
        </w:rPr>
        <w:t>neuropathy</w:t>
      </w:r>
      <w:r>
        <w:rPr>
          <w:rFonts w:ascii="Arial" w:hAnsi="Arial"/>
        </w:rPr>
        <w:t xml:space="preserve"> itself, </w:t>
      </w:r>
      <w:r w:rsidR="00F34762">
        <w:rPr>
          <w:rFonts w:ascii="Arial" w:hAnsi="Arial"/>
        </w:rPr>
        <w:t>are</w:t>
      </w:r>
      <w:r>
        <w:rPr>
          <w:rFonts w:ascii="Arial" w:hAnsi="Arial"/>
        </w:rPr>
        <w:t xml:space="preserve"> something that we really need to work towards quantifying in a better way. So that even what is considered incremental or modest improvements is actually accurate. I may actually make big </w:t>
      </w:r>
      <w:r w:rsidR="007970E8">
        <w:rPr>
          <w:rFonts w:ascii="Arial" w:hAnsi="Arial"/>
        </w:rPr>
        <w:t>differences;</w:t>
      </w:r>
      <w:r>
        <w:rPr>
          <w:rFonts w:ascii="Arial" w:hAnsi="Arial"/>
        </w:rPr>
        <w:t xml:space="preserve"> some patients and I think there's a lot of work that needs to be done there and</w:t>
      </w:r>
    </w:p>
    <w:p w14:paraId="4864B9CE" w14:textId="77777777" w:rsidR="00023C9C" w:rsidRDefault="00023C9C">
      <w:pPr>
        <w:spacing w:after="0"/>
      </w:pPr>
    </w:p>
    <w:p w14:paraId="5B38E462" w14:textId="4F05C902" w:rsidR="00023C9C" w:rsidRDefault="00576BE8">
      <w:pPr>
        <w:spacing w:after="0"/>
      </w:pPr>
      <w:r>
        <w:rPr>
          <w:rFonts w:ascii="Arial" w:hAnsi="Arial"/>
          <w:color w:val="5D7284"/>
        </w:rPr>
        <w:t>10:57</w:t>
      </w:r>
      <w:r w:rsidR="007970E8">
        <w:rPr>
          <w:rFonts w:ascii="Arial" w:hAnsi="Arial"/>
          <w:color w:val="5D7284"/>
        </w:rPr>
        <w:t xml:space="preserve">: Dr Charles Loprinzi </w:t>
      </w:r>
    </w:p>
    <w:p w14:paraId="309E678F" w14:textId="324D84E6" w:rsidR="00023C9C" w:rsidRDefault="007970E8">
      <w:pPr>
        <w:spacing w:after="0"/>
      </w:pPr>
      <w:r>
        <w:rPr>
          <w:rFonts w:ascii="Arial" w:hAnsi="Arial"/>
        </w:rPr>
        <w:t>Cryo</w:t>
      </w:r>
      <w:r w:rsidR="00576BE8">
        <w:rPr>
          <w:rFonts w:ascii="Arial" w:hAnsi="Arial"/>
        </w:rPr>
        <w:t xml:space="preserve">therapy, how long has it been around and has it been used for other things let me quickly list through some of them so we can actually get to talking about cryotherapy for </w:t>
      </w:r>
      <w:r w:rsidR="00F34762">
        <w:rPr>
          <w:rFonts w:ascii="Arial" w:hAnsi="Arial"/>
        </w:rPr>
        <w:t>chemotherapy-induced</w:t>
      </w:r>
      <w:r w:rsidR="00576BE8">
        <w:rPr>
          <w:rFonts w:ascii="Arial" w:hAnsi="Arial"/>
        </w:rPr>
        <w:t xml:space="preserve"> neuropathy where we are there that alopecia hair loss, cold caps were started a long, long time ago back in the 1970s is when the very first report came out about cold caps for trying to prevent hair loss. It's been actually been shown when you put ice chips in the mouth while you're giving five if you type chemotherapy, it can decrease mouth sores by about 50%. </w:t>
      </w:r>
    </w:p>
    <w:p w14:paraId="47F79843" w14:textId="77777777" w:rsidR="00023C9C" w:rsidRDefault="00023C9C">
      <w:pPr>
        <w:spacing w:after="0"/>
      </w:pPr>
    </w:p>
    <w:p w14:paraId="00992ED7" w14:textId="142AA76B" w:rsidR="00023C9C" w:rsidRDefault="00576BE8">
      <w:pPr>
        <w:spacing w:after="0"/>
      </w:pPr>
      <w:r>
        <w:rPr>
          <w:rFonts w:ascii="Arial" w:hAnsi="Arial"/>
          <w:color w:val="5D7284"/>
        </w:rPr>
        <w:t>11:39</w:t>
      </w:r>
      <w:r w:rsidR="007970E8">
        <w:rPr>
          <w:rFonts w:ascii="Arial" w:hAnsi="Arial"/>
          <w:color w:val="5D7284"/>
        </w:rPr>
        <w:t>: Dr Aishwarya Bandla</w:t>
      </w:r>
    </w:p>
    <w:p w14:paraId="62F03DF9" w14:textId="01D6A701" w:rsidR="00F34762" w:rsidRDefault="00F34762" w:rsidP="00F34762">
      <w:pPr>
        <w:spacing w:after="0"/>
      </w:pPr>
      <w:r>
        <w:rPr>
          <w:rFonts w:ascii="Arial" w:hAnsi="Arial"/>
        </w:rPr>
        <w:t>M</w:t>
      </w:r>
      <w:r>
        <w:rPr>
          <w:rFonts w:ascii="Arial" w:hAnsi="Arial"/>
        </w:rPr>
        <w:t>ultiple trials have shown that we have presently had enough data to strongly recommend that patients use cryotherapy to birth that tax agent associate neuropathy is given the information that's around about</w:t>
      </w:r>
    </w:p>
    <w:p w14:paraId="59554FA0" w14:textId="77777777" w:rsidR="00F34762" w:rsidRDefault="00F34762">
      <w:pPr>
        <w:spacing w:after="0"/>
        <w:rPr>
          <w:rFonts w:ascii="Arial" w:hAnsi="Arial"/>
        </w:rPr>
      </w:pPr>
    </w:p>
    <w:p w14:paraId="0191081E" w14:textId="77777777" w:rsidR="00F34762" w:rsidRDefault="00F34762">
      <w:pPr>
        <w:spacing w:after="0"/>
        <w:rPr>
          <w:rFonts w:ascii="Arial" w:hAnsi="Arial"/>
        </w:rPr>
      </w:pPr>
    </w:p>
    <w:p w14:paraId="4567F136" w14:textId="77777777" w:rsidR="00F34762" w:rsidRDefault="00F34762">
      <w:pPr>
        <w:spacing w:after="0"/>
        <w:rPr>
          <w:rFonts w:ascii="Arial" w:hAnsi="Arial"/>
        </w:rPr>
      </w:pPr>
    </w:p>
    <w:p w14:paraId="1586AD0C" w14:textId="77777777" w:rsidR="00F34762" w:rsidRDefault="00F34762">
      <w:pPr>
        <w:spacing w:after="0"/>
        <w:rPr>
          <w:rFonts w:ascii="Arial" w:hAnsi="Arial"/>
        </w:rPr>
      </w:pPr>
    </w:p>
    <w:p w14:paraId="7D37E19E" w14:textId="77777777" w:rsidR="00F34762" w:rsidRDefault="00F34762">
      <w:pPr>
        <w:spacing w:after="0"/>
        <w:rPr>
          <w:rFonts w:ascii="Arial" w:hAnsi="Arial"/>
        </w:rPr>
      </w:pPr>
    </w:p>
    <w:p w14:paraId="5AF61E1F" w14:textId="77777777" w:rsidR="00F34762" w:rsidRDefault="00F34762">
      <w:pPr>
        <w:spacing w:after="0"/>
        <w:rPr>
          <w:rFonts w:ascii="Arial" w:hAnsi="Arial"/>
        </w:rPr>
      </w:pPr>
    </w:p>
    <w:p w14:paraId="530A1045" w14:textId="77777777" w:rsidR="00F34762" w:rsidRDefault="00576BE8">
      <w:pPr>
        <w:spacing w:after="0"/>
        <w:rPr>
          <w:rFonts w:ascii="Arial" w:hAnsi="Arial"/>
        </w:rPr>
      </w:pPr>
      <w:r>
        <w:rPr>
          <w:rFonts w:ascii="Arial" w:hAnsi="Arial"/>
        </w:rPr>
        <w:t xml:space="preserve">HIV AIDS simple concept that cryotherapy or cooling causes local basal constriction, which is pretty much a lessening the width of the blood vessel of the pool area and that is going to reduce the area </w:t>
      </w:r>
    </w:p>
    <w:p w14:paraId="0FA6A22F" w14:textId="23F6EDB5" w:rsidR="00023C9C" w:rsidRPr="00F34762" w:rsidRDefault="00576BE8">
      <w:pPr>
        <w:spacing w:after="0"/>
        <w:rPr>
          <w:rFonts w:ascii="Arial" w:hAnsi="Arial"/>
        </w:rPr>
      </w:pPr>
      <w:r>
        <w:rPr>
          <w:rFonts w:ascii="Arial" w:hAnsi="Arial"/>
        </w:rPr>
        <w:t>being cooled to exposure of these toxic chemotherapeutic agents. And that is the rationale which has taught to be preventative approach to all these various side effects. And like I mentioned, it has taken a long time to show through various studies how it's called cooling has been beneficial now has been adopted a standard of care safe and effective in preventing hair loss due to chemo and there are so many other studies which are going to look at the effects of ice sheets on oral mucositis. The AI toxicity and there is a lot of upcoming studies and interest in the area of using cryotherapy for CIP</w:t>
      </w:r>
      <w:r w:rsidR="00963A30">
        <w:rPr>
          <w:rFonts w:ascii="Arial" w:hAnsi="Arial"/>
        </w:rPr>
        <w:t>N</w:t>
      </w:r>
      <w:r>
        <w:rPr>
          <w:rFonts w:ascii="Arial" w:hAnsi="Arial"/>
        </w:rPr>
        <w:t xml:space="preserve"> and prevention, which we will talk about more and lead the others in the panel add on to as</w:t>
      </w:r>
    </w:p>
    <w:p w14:paraId="06A8A1C5" w14:textId="77777777" w:rsidR="00023C9C" w:rsidRDefault="00023C9C">
      <w:pPr>
        <w:spacing w:after="0"/>
      </w:pPr>
    </w:p>
    <w:p w14:paraId="0E52C67E" w14:textId="3FD1F57D" w:rsidR="00023C9C" w:rsidRDefault="00576BE8">
      <w:pPr>
        <w:spacing w:after="0"/>
      </w:pPr>
      <w:r>
        <w:rPr>
          <w:rFonts w:ascii="Arial" w:hAnsi="Arial"/>
          <w:color w:val="5D7284"/>
        </w:rPr>
        <w:t>12:36</w:t>
      </w:r>
      <w:r w:rsidR="007970E8">
        <w:rPr>
          <w:rFonts w:ascii="Arial" w:hAnsi="Arial"/>
          <w:color w:val="5D7284"/>
        </w:rPr>
        <w:t xml:space="preserve">: Dr Melissa Accordino </w:t>
      </w:r>
    </w:p>
    <w:p w14:paraId="18958949" w14:textId="2AEE9178" w:rsidR="00023C9C" w:rsidRDefault="00576BE8">
      <w:pPr>
        <w:spacing w:after="0"/>
      </w:pPr>
      <w:r>
        <w:rPr>
          <w:rFonts w:ascii="Arial" w:hAnsi="Arial"/>
        </w:rPr>
        <w:t xml:space="preserve">well. Yeah, so we recently finished a pilot study X Columbia, where we </w:t>
      </w:r>
      <w:r w:rsidR="00C75F84">
        <w:rPr>
          <w:rFonts w:ascii="Arial" w:hAnsi="Arial"/>
        </w:rPr>
        <w:t>randomized</w:t>
      </w:r>
      <w:r>
        <w:rPr>
          <w:rFonts w:ascii="Arial" w:hAnsi="Arial"/>
        </w:rPr>
        <w:t xml:space="preserve"> patients in triplet, this was a pick the winner design and patients either got compression therapy, cryotherapy or placebo. What we found based on the supporting evidence that cryotherapy could be very effective, or compression therapy could be very effective. And what we found was compression therapy was actually had the highest probability of being most effective. And the problem was cryotherapy, when we actually looked at the data is that 70% of our patients were not adherent to the cryotherapy, and we delivered the cryotherapy via frozen gloves and stops. And what we found is after about five minutes, they just said, I can't tolerate this, take this off. And we found really no difference between the placebo arm, the cryotherapy arm in this very, very small pilot study.</w:t>
      </w:r>
    </w:p>
    <w:p w14:paraId="3BC06583" w14:textId="77777777" w:rsidR="00023C9C" w:rsidRDefault="00023C9C">
      <w:pPr>
        <w:spacing w:after="0"/>
      </w:pPr>
    </w:p>
    <w:p w14:paraId="5F032652" w14:textId="6E43E029" w:rsidR="00023C9C" w:rsidRDefault="00576BE8">
      <w:pPr>
        <w:spacing w:after="0"/>
      </w:pPr>
      <w:r>
        <w:rPr>
          <w:rFonts w:ascii="Arial" w:hAnsi="Arial"/>
          <w:color w:val="5D7284"/>
        </w:rPr>
        <w:t>13:33</w:t>
      </w:r>
      <w:r w:rsidR="007970E8">
        <w:rPr>
          <w:rFonts w:ascii="Arial" w:hAnsi="Arial"/>
          <w:color w:val="5D7284"/>
        </w:rPr>
        <w:t>: Dr Raghav Sundar</w:t>
      </w:r>
    </w:p>
    <w:p w14:paraId="75588B9B" w14:textId="77777777" w:rsidR="00F34762" w:rsidRDefault="00576BE8">
      <w:pPr>
        <w:spacing w:after="0"/>
        <w:rPr>
          <w:rFonts w:ascii="Arial" w:hAnsi="Arial"/>
        </w:rPr>
      </w:pPr>
      <w:r>
        <w:rPr>
          <w:rFonts w:ascii="Arial" w:hAnsi="Arial"/>
        </w:rPr>
        <w:t xml:space="preserve">So I think a lot of the points that Stephanie and Melissa brought up about frozen gloves is things that we have faced as well, which is why when we wanted to embark on this journey, we thought that delivering a device that can provide stable cryotherapy would be the way to go about this. And one of the advantages that we had in Singapore was that our oncology </w:t>
      </w:r>
      <w:r w:rsidR="00C75F84">
        <w:rPr>
          <w:rFonts w:ascii="Arial" w:hAnsi="Arial"/>
        </w:rPr>
        <w:t>center</w:t>
      </w:r>
      <w:r>
        <w:rPr>
          <w:rFonts w:ascii="Arial" w:hAnsi="Arial"/>
        </w:rPr>
        <w:t xml:space="preserve"> is literally 100 </w:t>
      </w:r>
      <w:r w:rsidR="00C75F84">
        <w:rPr>
          <w:rFonts w:ascii="Arial" w:hAnsi="Arial"/>
        </w:rPr>
        <w:t>meters</w:t>
      </w:r>
      <w:r>
        <w:rPr>
          <w:rFonts w:ascii="Arial" w:hAnsi="Arial"/>
        </w:rPr>
        <w:t xml:space="preserve"> away from the engineering building of the university. And that's where, </w:t>
      </w:r>
      <w:r w:rsidR="00C75F84">
        <w:rPr>
          <w:rFonts w:ascii="Arial" w:hAnsi="Arial"/>
        </w:rPr>
        <w:t>essentially,</w:t>
      </w:r>
      <w:r>
        <w:rPr>
          <w:rFonts w:ascii="Arial" w:hAnsi="Arial"/>
        </w:rPr>
        <w:t xml:space="preserve"> we just popped over to the engineers and we're like, Hey, can we develop a device together to try and deliver stable cryotherapy to a patient something like what the scalp cooling devices are doing? Because by then the scalp cooling devices, were already starting to pick up some traction, although they hadn't achieved approval when we started work in around 2012. So at that point of time, one of the things we're doing is we started using devices that were able to deliver cryotherapy, but designed for other purposes. So for example, devices that could deliver cryotherapy for </w:t>
      </w:r>
      <w:r w:rsidR="00C75F84">
        <w:rPr>
          <w:rFonts w:ascii="Arial" w:hAnsi="Arial"/>
        </w:rPr>
        <w:t>orthopedic</w:t>
      </w:r>
      <w:r>
        <w:rPr>
          <w:rFonts w:ascii="Arial" w:hAnsi="Arial"/>
        </w:rPr>
        <w:t xml:space="preserve"> injury purposes. We also used another device called the blanket roll, which is very often used in the ICUs to provide hypothermia for brain injury patients. So we used those devices. But what we found when we use those devices was that our focus on those clinical trials were a lot on the practical aspects of delivering the hypothermia to patients. We spend a lot of time and effort trying to figure out what is the coldest we could go for. With each of the patients, we tried to scientifically address what is the lowest temperature we can achieve for, for the </w:t>
      </w:r>
    </w:p>
    <w:p w14:paraId="0A8E906E" w14:textId="77777777" w:rsidR="00F34762" w:rsidRDefault="00F34762">
      <w:pPr>
        <w:spacing w:after="0"/>
        <w:rPr>
          <w:rFonts w:ascii="Arial" w:hAnsi="Arial"/>
        </w:rPr>
      </w:pPr>
    </w:p>
    <w:p w14:paraId="46A57E31" w14:textId="77777777" w:rsidR="00F34762" w:rsidRDefault="00F34762">
      <w:pPr>
        <w:spacing w:after="0"/>
        <w:rPr>
          <w:rFonts w:ascii="Arial" w:hAnsi="Arial"/>
        </w:rPr>
      </w:pPr>
    </w:p>
    <w:p w14:paraId="1949B9A8" w14:textId="77777777" w:rsidR="00F34762" w:rsidRDefault="00F34762">
      <w:pPr>
        <w:spacing w:after="0"/>
        <w:rPr>
          <w:rFonts w:ascii="Arial" w:hAnsi="Arial"/>
        </w:rPr>
      </w:pPr>
    </w:p>
    <w:p w14:paraId="69882C24" w14:textId="77777777" w:rsidR="00F34762" w:rsidRDefault="00F34762">
      <w:pPr>
        <w:spacing w:after="0"/>
        <w:rPr>
          <w:rFonts w:ascii="Arial" w:hAnsi="Arial"/>
        </w:rPr>
      </w:pPr>
    </w:p>
    <w:p w14:paraId="63E2FC0F" w14:textId="77777777" w:rsidR="00F34762" w:rsidRDefault="00F34762">
      <w:pPr>
        <w:spacing w:after="0"/>
        <w:rPr>
          <w:rFonts w:ascii="Arial" w:hAnsi="Arial"/>
        </w:rPr>
      </w:pPr>
    </w:p>
    <w:p w14:paraId="366D8CF0" w14:textId="77777777" w:rsidR="00F34762" w:rsidRDefault="00F34762">
      <w:pPr>
        <w:spacing w:after="0"/>
        <w:rPr>
          <w:rFonts w:ascii="Arial" w:hAnsi="Arial"/>
        </w:rPr>
      </w:pPr>
    </w:p>
    <w:p w14:paraId="4AC45C00" w14:textId="77777777" w:rsidR="00F34762" w:rsidRDefault="00F34762">
      <w:pPr>
        <w:spacing w:after="0"/>
        <w:rPr>
          <w:rFonts w:ascii="Arial" w:hAnsi="Arial"/>
        </w:rPr>
      </w:pPr>
    </w:p>
    <w:p w14:paraId="72E859C3" w14:textId="23C4AA42" w:rsidR="007970E8" w:rsidRDefault="00576BE8">
      <w:pPr>
        <w:spacing w:after="0"/>
        <w:rPr>
          <w:rFonts w:ascii="Arial" w:hAnsi="Arial"/>
        </w:rPr>
      </w:pPr>
      <w:r>
        <w:rPr>
          <w:rFonts w:ascii="Arial" w:hAnsi="Arial"/>
        </w:rPr>
        <w:t xml:space="preserve">patients the lowest tolerable temperature, a lot of our IRBs have </w:t>
      </w:r>
      <w:r w:rsidR="00C75F84">
        <w:rPr>
          <w:rFonts w:ascii="Arial" w:hAnsi="Arial"/>
        </w:rPr>
        <w:t>been</w:t>
      </w:r>
      <w:r>
        <w:rPr>
          <w:rFonts w:ascii="Arial" w:hAnsi="Arial"/>
        </w:rPr>
        <w:t xml:space="preserve"> very </w:t>
      </w:r>
      <w:r w:rsidR="00C75F84">
        <w:rPr>
          <w:rFonts w:ascii="Arial" w:hAnsi="Arial"/>
        </w:rPr>
        <w:t>skeptical</w:t>
      </w:r>
      <w:r>
        <w:rPr>
          <w:rFonts w:ascii="Arial" w:hAnsi="Arial"/>
        </w:rPr>
        <w:t xml:space="preserve"> about it because Singapore being a hot country, they were like, all your patients can't tolerate cold devices. And they </w:t>
      </w:r>
    </w:p>
    <w:p w14:paraId="4CE786B1" w14:textId="77777777" w:rsidR="00F34762" w:rsidRDefault="00576BE8">
      <w:pPr>
        <w:spacing w:after="0"/>
        <w:rPr>
          <w:rFonts w:ascii="Arial" w:hAnsi="Arial"/>
        </w:rPr>
      </w:pPr>
      <w:r>
        <w:rPr>
          <w:rFonts w:ascii="Arial" w:hAnsi="Arial"/>
        </w:rPr>
        <w:t xml:space="preserve">were like, prove that the patients won't get caught hypothermia when you deliver this. And so we spend a lot of time very scientific. And me being a phase one experimental therapeutically trained consultant went in a very scientific, okay, we'll go down one degree at a time three plus three proper dose escalation </w:t>
      </w:r>
      <w:r w:rsidR="00C75F84">
        <w:rPr>
          <w:rFonts w:ascii="Arial" w:hAnsi="Arial"/>
        </w:rPr>
        <w:t>sorts</w:t>
      </w:r>
      <w:r>
        <w:rPr>
          <w:rFonts w:ascii="Arial" w:hAnsi="Arial"/>
        </w:rPr>
        <w:t xml:space="preserve"> of designed to achieve the lowest tolerable temperature that you can achieve in a patient. And so we used device coolant temperatures as the at that seemed to be the most replicable level that we could go across devices. And so we came up with a temperature of 11 degrees for the coolant, which we thought would be the lowest temperature, then we face criticisms from other countries saying, Oh, this is because 11 degrees sounds very warm. And surely people who live in Canada and in Antarctica can tolerate lower temperatures. And so then we went on to actually try this and in others who could potentially tolerate it better. And the truth is that even for them, we were able to very consistently show that it's this level and decrease the lowest you can go to because having a cold cap at minus four degrees over a small surface is very different from having both your arms and legs wrapped all the way up to your knees and your elbows for three hours continuously is a very big difference in the amount of coldness that one can tolerate with this. So we spent a lot of time trying to achieve this. But one of the issues we faced with the devices that we bought over the counter was these were not designed for the chemotherapy suite. So for example, bringing in the ice packs and things like that a lot of the over the counter devices also required a replacement of ice. So during our clinical trials, we had an RA who would literally sit next to the device and change the ice every 30 minutes within the device to be able to deliver the hypothermia and stuff like that. And then our nurses were like, Hey, we can't wrap the hand that has diabetic and you love for the patient. And for breast cancer patients often they will have a mastectomy or they'll have excellent clearance. And then they will say I'm uncomfortable with having this part of my hand wrapped or something like that. And then it ended up that the patients couldn't be wrapped properly with those devices. So in the end, we finally were like, Okay, we need to devise develop a device that's specific for chemotherapy induced peripheral neuropathy that's bespoke for the use in a chemotherapy suite. And it needs to be the clinical trials and the data that we need to generate from this needs to be definitive because like everyone has talked about, there have been a lot of smaller phase two </w:t>
      </w:r>
      <w:r w:rsidR="00C75F84">
        <w:rPr>
          <w:rFonts w:ascii="Arial" w:hAnsi="Arial"/>
        </w:rPr>
        <w:t>randomized</w:t>
      </w:r>
      <w:r>
        <w:rPr>
          <w:rFonts w:ascii="Arial" w:hAnsi="Arial"/>
        </w:rPr>
        <w:t xml:space="preserve"> trials that have come out saying this data is promising and that sort of thing. But you kind of need to definitively answer in a proper </w:t>
      </w:r>
      <w:r w:rsidR="00C75F84">
        <w:rPr>
          <w:rFonts w:ascii="Arial" w:hAnsi="Arial"/>
        </w:rPr>
        <w:t>randomized</w:t>
      </w:r>
      <w:r>
        <w:rPr>
          <w:rFonts w:ascii="Arial" w:hAnsi="Arial"/>
        </w:rPr>
        <w:t xml:space="preserve"> large study whether this works or doesn't work. And that's kind of where we are at the moment where I met up with Richard when I was on a fellowship in the UK. In 2016. I met up with him to discuss whether this is something that he would like to develop through Paxman. And his first question was, can you make sure that patients can undergo scalp cooling while they undergo limb cooling, right? Like fine, I run a trial and show to you that there is no problem. And it is in patients undergoing scalp cooling wild animals in cooling. And so we are and we ran that study and that went phenomenally like patients were going using over the counter devices for the limb cooling, they were the scalp cooling, we proved everyone, there's no call hypothermia, and the patients can go through </w:t>
      </w:r>
    </w:p>
    <w:p w14:paraId="1A8FCA2B" w14:textId="77777777" w:rsidR="00F34762" w:rsidRDefault="00F34762">
      <w:pPr>
        <w:spacing w:after="0"/>
        <w:rPr>
          <w:rFonts w:ascii="Arial" w:hAnsi="Arial"/>
        </w:rPr>
      </w:pPr>
    </w:p>
    <w:p w14:paraId="009EE65D" w14:textId="77777777" w:rsidR="00F34762" w:rsidRDefault="00F34762">
      <w:pPr>
        <w:spacing w:after="0"/>
        <w:rPr>
          <w:rFonts w:ascii="Arial" w:hAnsi="Arial"/>
        </w:rPr>
      </w:pPr>
    </w:p>
    <w:p w14:paraId="4D5BB676" w14:textId="77777777" w:rsidR="00F34762" w:rsidRDefault="00F34762">
      <w:pPr>
        <w:spacing w:after="0"/>
        <w:rPr>
          <w:rFonts w:ascii="Arial" w:hAnsi="Arial"/>
        </w:rPr>
      </w:pPr>
    </w:p>
    <w:p w14:paraId="3C75A0E8" w14:textId="77777777" w:rsidR="00F34762" w:rsidRDefault="00F34762">
      <w:pPr>
        <w:spacing w:after="0"/>
        <w:rPr>
          <w:rFonts w:ascii="Arial" w:hAnsi="Arial"/>
        </w:rPr>
      </w:pPr>
    </w:p>
    <w:p w14:paraId="3A35D4FD" w14:textId="77777777" w:rsidR="00F34762" w:rsidRDefault="00F34762">
      <w:pPr>
        <w:spacing w:after="0"/>
        <w:rPr>
          <w:rFonts w:ascii="Arial" w:hAnsi="Arial"/>
        </w:rPr>
      </w:pPr>
    </w:p>
    <w:p w14:paraId="2325E47E" w14:textId="77777777" w:rsidR="00F34762" w:rsidRDefault="00F34762">
      <w:pPr>
        <w:spacing w:after="0"/>
        <w:rPr>
          <w:rFonts w:ascii="Arial" w:hAnsi="Arial"/>
        </w:rPr>
      </w:pPr>
    </w:p>
    <w:p w14:paraId="0888C7AE" w14:textId="3E38C68D" w:rsidR="007970E8" w:rsidRDefault="00576BE8">
      <w:pPr>
        <w:spacing w:after="0"/>
        <w:rPr>
          <w:rFonts w:ascii="Arial" w:hAnsi="Arial"/>
        </w:rPr>
      </w:pPr>
      <w:r>
        <w:rPr>
          <w:rFonts w:ascii="Arial" w:hAnsi="Arial"/>
        </w:rPr>
        <w:t xml:space="preserve">both the schooling together. And then finally, Richard is like, okay, let's now focus on developing this device. So over the past five years, we have worked very hard on developing a device that is specific </w:t>
      </w:r>
    </w:p>
    <w:p w14:paraId="16E20423" w14:textId="4848E892" w:rsidR="00023C9C" w:rsidRDefault="00576BE8">
      <w:pPr>
        <w:spacing w:after="0"/>
      </w:pPr>
      <w:r>
        <w:rPr>
          <w:rFonts w:ascii="Arial" w:hAnsi="Arial"/>
        </w:rPr>
        <w:t xml:space="preserve">for the chemotherapy issue. And I think I can go through a little bit more of the technical details. We spend a lot of time trying to make sure that this ticks all the boxes about delivering stable hypothermia, that nurses can look at the IV cannulation sites and things like that. And the devices are now in what again, says early phase testing in Singapore in clinical trials in Singapore and we are hoping and hoping that we will open the large </w:t>
      </w:r>
      <w:r w:rsidR="00C75F84">
        <w:rPr>
          <w:rFonts w:ascii="Arial" w:hAnsi="Arial"/>
        </w:rPr>
        <w:t>randomized</w:t>
      </w:r>
      <w:r>
        <w:rPr>
          <w:rFonts w:ascii="Arial" w:hAnsi="Arial"/>
        </w:rPr>
        <w:t xml:space="preserve"> study to definitively show that this sort of approach to prevent chemotherapy induced neuropathy will work for patients in the near future that kind of brings you up to speed for about 10 </w:t>
      </w:r>
      <w:r w:rsidR="00C75F84">
        <w:rPr>
          <w:rFonts w:ascii="Arial" w:hAnsi="Arial"/>
        </w:rPr>
        <w:t>years’ worth</w:t>
      </w:r>
      <w:r>
        <w:rPr>
          <w:rFonts w:ascii="Arial" w:hAnsi="Arial"/>
        </w:rPr>
        <w:t xml:space="preserve"> of research that's gone into the space dial.</w:t>
      </w:r>
    </w:p>
    <w:p w14:paraId="77C57F37" w14:textId="77777777" w:rsidR="00023C9C" w:rsidRDefault="00023C9C">
      <w:pPr>
        <w:spacing w:after="0"/>
      </w:pPr>
    </w:p>
    <w:p w14:paraId="6EAE4C46" w14:textId="4C2AFA9E" w:rsidR="00023C9C" w:rsidRDefault="00576BE8">
      <w:pPr>
        <w:spacing w:after="0"/>
      </w:pPr>
      <w:r>
        <w:rPr>
          <w:rFonts w:ascii="Arial" w:hAnsi="Arial"/>
          <w:color w:val="5D7284"/>
        </w:rPr>
        <w:t>19:30</w:t>
      </w:r>
      <w:r w:rsidR="007970E8">
        <w:rPr>
          <w:rFonts w:ascii="Arial" w:hAnsi="Arial"/>
          <w:color w:val="5D7284"/>
        </w:rPr>
        <w:t>: Dr Charles Loprinzi</w:t>
      </w:r>
    </w:p>
    <w:p w14:paraId="2FB11DD4" w14:textId="2434500F" w:rsidR="00023C9C" w:rsidRDefault="00576BE8">
      <w:pPr>
        <w:spacing w:after="0"/>
      </w:pPr>
      <w:r>
        <w:rPr>
          <w:rFonts w:ascii="Arial" w:hAnsi="Arial"/>
        </w:rPr>
        <w:t xml:space="preserve">Very nice. Raghav I know </w:t>
      </w:r>
      <w:r w:rsidR="00C75F84">
        <w:rPr>
          <w:rFonts w:ascii="Arial" w:hAnsi="Arial"/>
        </w:rPr>
        <w:t xml:space="preserve">Aishwarya’s </w:t>
      </w:r>
      <w:r>
        <w:rPr>
          <w:rFonts w:ascii="Arial" w:hAnsi="Arial"/>
        </w:rPr>
        <w:t xml:space="preserve">most important job is to keep you honest, </w:t>
      </w:r>
      <w:r w:rsidR="00C75F84">
        <w:rPr>
          <w:rFonts w:ascii="Arial" w:hAnsi="Arial"/>
        </w:rPr>
        <w:t>so I’ll</w:t>
      </w:r>
      <w:r>
        <w:rPr>
          <w:rFonts w:ascii="Arial" w:hAnsi="Arial"/>
        </w:rPr>
        <w:t xml:space="preserve"> ask her if she needs to add or subtract to what he just said.</w:t>
      </w:r>
    </w:p>
    <w:p w14:paraId="38D2265B" w14:textId="77777777" w:rsidR="00023C9C" w:rsidRDefault="00023C9C">
      <w:pPr>
        <w:spacing w:after="0"/>
      </w:pPr>
    </w:p>
    <w:p w14:paraId="711650D0" w14:textId="35E67BE0" w:rsidR="00023C9C" w:rsidRDefault="00576BE8">
      <w:pPr>
        <w:spacing w:after="0"/>
      </w:pPr>
      <w:r>
        <w:rPr>
          <w:rFonts w:ascii="Arial" w:hAnsi="Arial"/>
          <w:color w:val="5D7284"/>
        </w:rPr>
        <w:t>19:39</w:t>
      </w:r>
      <w:r w:rsidR="007970E8">
        <w:rPr>
          <w:rFonts w:ascii="Arial" w:hAnsi="Arial"/>
          <w:color w:val="5D7284"/>
        </w:rPr>
        <w:t>: Dr Aishwarya Bandla</w:t>
      </w:r>
    </w:p>
    <w:p w14:paraId="00274104" w14:textId="631746FB" w:rsidR="00023C9C" w:rsidRDefault="00576BE8">
      <w:pPr>
        <w:spacing w:after="0"/>
      </w:pPr>
      <w:r>
        <w:rPr>
          <w:rFonts w:ascii="Arial" w:hAnsi="Arial"/>
        </w:rPr>
        <w:t xml:space="preserve">If I can add on to that, Charles hopefully we won't take another 40 to 50 years to they're calculating God and I think in this paradigm of crying compression for preventing cipn We have several advantages in terms of there is a huge need being driven by the patient themselves. We also have physicians today who are more welcome to adopt newer technologies and try it out in clinical trials then a few years ago or a few decades ago. More importantly, regulators have made processes much </w:t>
      </w:r>
      <w:r w:rsidR="00C75F84">
        <w:rPr>
          <w:rFonts w:ascii="Arial" w:hAnsi="Arial"/>
        </w:rPr>
        <w:t>easier</w:t>
      </w:r>
      <w:r>
        <w:rPr>
          <w:rFonts w:ascii="Arial" w:hAnsi="Arial"/>
        </w:rPr>
        <w:t>. Lots of people work in pasture. And technology has definitely made it easier to collaborate across disciplines, across countries and across sectors. And I think these are some factors which have been very important and fast tracking the progress of the development, which Raghu just spoke about. So over the past 10 years, all our observations in the pilot studies in Singapore, translated into design input for this device, working along with the Paxman team and harnessing their very special experience and expertise in building medical devices for the chemo suite and translating it from research bench to the patient bedside and market has been very valuable to add on. And that has led us to build a bespoke device, which has features like it's portable, you'll need to add eyes, it can offer thermoregulation to optimal levels, which we determined to be safe and tolerable in our pilot studies. And it has ergonomic features which allow the patient to use the device for extended durations of three to four hours while they undergo their chemotherapy. And also to allow the nurses to observe the cannulation area while the cannulated arm can also be cooled and compressed. We are currently at early prototyping phase, like Rob mentioned what we call a beta prototype that is currently being tested in studies in Singapore. And we are actively seeking feedback from various stakeholders, including patients, nurses, and physicians to make the design better. So it can reach patients faster. I just</w:t>
      </w:r>
    </w:p>
    <w:p w14:paraId="7CF5D6E5" w14:textId="77777777" w:rsidR="00023C9C" w:rsidRDefault="00023C9C">
      <w:pPr>
        <w:spacing w:after="0"/>
      </w:pPr>
    </w:p>
    <w:p w14:paraId="7E4201FB" w14:textId="77A4686A" w:rsidR="00023C9C" w:rsidRDefault="00576BE8">
      <w:pPr>
        <w:spacing w:after="0"/>
      </w:pPr>
      <w:r>
        <w:rPr>
          <w:rFonts w:ascii="Arial" w:hAnsi="Arial"/>
          <w:color w:val="5D7284"/>
        </w:rPr>
        <w:t>21:51</w:t>
      </w:r>
      <w:r w:rsidR="007970E8">
        <w:rPr>
          <w:rFonts w:ascii="Arial" w:hAnsi="Arial"/>
          <w:color w:val="5D7284"/>
        </w:rPr>
        <w:t>: Anne Marie Mercurio</w:t>
      </w:r>
    </w:p>
    <w:p w14:paraId="236829D8" w14:textId="77777777" w:rsidR="00F34762" w:rsidRDefault="00F34762">
      <w:pPr>
        <w:spacing w:after="0"/>
        <w:rPr>
          <w:rFonts w:ascii="Arial" w:hAnsi="Arial"/>
        </w:rPr>
      </w:pPr>
    </w:p>
    <w:p w14:paraId="76936307" w14:textId="77777777" w:rsidR="00F34762" w:rsidRDefault="00F34762">
      <w:pPr>
        <w:spacing w:after="0"/>
        <w:rPr>
          <w:rFonts w:ascii="Arial" w:hAnsi="Arial"/>
        </w:rPr>
      </w:pPr>
    </w:p>
    <w:p w14:paraId="4D3FF819" w14:textId="77777777" w:rsidR="00F34762" w:rsidRDefault="00F34762">
      <w:pPr>
        <w:spacing w:after="0"/>
        <w:rPr>
          <w:rFonts w:ascii="Arial" w:hAnsi="Arial"/>
        </w:rPr>
      </w:pPr>
    </w:p>
    <w:p w14:paraId="4F3BC95D" w14:textId="77777777" w:rsidR="00F34762" w:rsidRDefault="00F34762">
      <w:pPr>
        <w:spacing w:after="0"/>
        <w:rPr>
          <w:rFonts w:ascii="Arial" w:hAnsi="Arial"/>
        </w:rPr>
      </w:pPr>
    </w:p>
    <w:p w14:paraId="3F89F099" w14:textId="77777777" w:rsidR="00F34762" w:rsidRDefault="00F34762">
      <w:pPr>
        <w:spacing w:after="0"/>
        <w:rPr>
          <w:rFonts w:ascii="Arial" w:hAnsi="Arial"/>
        </w:rPr>
      </w:pPr>
    </w:p>
    <w:p w14:paraId="0E6BEFB2" w14:textId="77777777" w:rsidR="00F34762" w:rsidRDefault="00F34762">
      <w:pPr>
        <w:spacing w:after="0"/>
        <w:rPr>
          <w:rFonts w:ascii="Arial" w:hAnsi="Arial"/>
        </w:rPr>
      </w:pPr>
    </w:p>
    <w:p w14:paraId="264181B0" w14:textId="77777777" w:rsidR="00F34762" w:rsidRDefault="00F34762">
      <w:pPr>
        <w:spacing w:after="0"/>
        <w:rPr>
          <w:rFonts w:ascii="Arial" w:hAnsi="Arial"/>
        </w:rPr>
      </w:pPr>
    </w:p>
    <w:p w14:paraId="04DC096F" w14:textId="5DD74366" w:rsidR="007970E8" w:rsidRDefault="007970E8">
      <w:pPr>
        <w:spacing w:after="0"/>
        <w:rPr>
          <w:rFonts w:ascii="Arial" w:hAnsi="Arial"/>
        </w:rPr>
      </w:pPr>
      <w:r>
        <w:rPr>
          <w:rFonts w:ascii="Arial" w:hAnsi="Arial"/>
        </w:rPr>
        <w:t xml:space="preserve">I just </w:t>
      </w:r>
      <w:r w:rsidR="00576BE8">
        <w:rPr>
          <w:rFonts w:ascii="Arial" w:hAnsi="Arial"/>
        </w:rPr>
        <w:t xml:space="preserve">want to thank all of you for keeping the needs and the challenges associated with cancer treatment across the entire spectrum, at the forefront making inroads and attempts to kind of let's throw these ideas at the wall and see what we can turn into a trial and try to fix some of these problems so </w:t>
      </w:r>
    </w:p>
    <w:p w14:paraId="4552ECE6" w14:textId="06029AC0" w:rsidR="00023C9C" w:rsidRDefault="00576BE8">
      <w:pPr>
        <w:spacing w:after="0"/>
      </w:pPr>
      <w:r>
        <w:rPr>
          <w:rFonts w:ascii="Arial" w:hAnsi="Arial"/>
        </w:rPr>
        <w:t xml:space="preserve">that people that are in lifelong treatment aren't having their quality of life diminished. And people that are out of active treatment and in the quote unquote survivorship phase are also not having a constant reminder of it's already kind of sitting on your shoulder. But when it's like when you can't feel your fingers and your toes. It's not only sitting on your shoulder and a memory. It's a </w:t>
      </w:r>
      <w:r w:rsidR="00C75F84">
        <w:rPr>
          <w:rFonts w:ascii="Arial" w:hAnsi="Arial"/>
        </w:rPr>
        <w:t>very tangible thing</w:t>
      </w:r>
      <w:r>
        <w:rPr>
          <w:rFonts w:ascii="Arial" w:hAnsi="Arial"/>
        </w:rPr>
        <w:t>. So gratitude for any place where I'm able to speak on behalf of patients that I am elevated to, we need your voice as well. And I can't thank you enough for allowing me the opportunity to do this and to participate in some of the research to bring the patient perspective into that aspect of it as well. So thanks very much.</w:t>
      </w:r>
    </w:p>
    <w:p w14:paraId="195710FE" w14:textId="77777777" w:rsidR="00023C9C" w:rsidRDefault="00023C9C">
      <w:pPr>
        <w:spacing w:after="0"/>
      </w:pPr>
    </w:p>
    <w:p w14:paraId="3C33A728" w14:textId="32CD12E2" w:rsidR="00023C9C" w:rsidRDefault="00576BE8">
      <w:pPr>
        <w:spacing w:after="0"/>
      </w:pPr>
      <w:r>
        <w:rPr>
          <w:rFonts w:ascii="Arial" w:hAnsi="Arial"/>
          <w:color w:val="5D7284"/>
        </w:rPr>
        <w:t>23:07</w:t>
      </w:r>
      <w:r w:rsidR="007970E8">
        <w:rPr>
          <w:rFonts w:ascii="Arial" w:hAnsi="Arial"/>
          <w:color w:val="5D7284"/>
        </w:rPr>
        <w:t>: Voiceover</w:t>
      </w:r>
    </w:p>
    <w:p w14:paraId="24A07CEE" w14:textId="552C67E0" w:rsidR="00023C9C" w:rsidRDefault="00576BE8">
      <w:pPr>
        <w:spacing w:after="0"/>
      </w:pPr>
      <w:r>
        <w:rPr>
          <w:rFonts w:ascii="Arial" w:hAnsi="Arial"/>
        </w:rPr>
        <w:t xml:space="preserve">And that's it for this week. If you have any questions that Tweet us at CTF OC underscore podcast, and make sure you subscribe so you can stay up to date on the latest episode. Join us again next time for more insights from the oncology experts who are leading the way on patient </w:t>
      </w:r>
      <w:r w:rsidR="00C75F84">
        <w:rPr>
          <w:rFonts w:ascii="Arial" w:hAnsi="Arial"/>
        </w:rPr>
        <w:t>centered</w:t>
      </w:r>
      <w:r>
        <w:rPr>
          <w:rFonts w:ascii="Arial" w:hAnsi="Arial"/>
        </w:rPr>
        <w:t xml:space="preserve"> care across the globe. Thanks for listening</w:t>
      </w:r>
      <w:bookmarkStart w:id="0" w:name="_GoBack"/>
      <w:bookmarkEnd w:id="0"/>
    </w:p>
    <w:sectPr w:rsidR="00023C9C" w:rsidSect="001216B9">
      <w:headerReference w:type="default" r:id="rId8"/>
      <w:footerReference w:type="even" r:id="rId9"/>
      <w:footerReference w:type="default" r:id="rId10"/>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84428DE" w14:textId="77777777" w:rsidR="007970E8" w:rsidRPr="009C3AF0" w:rsidRDefault="007970E8" w:rsidP="007970E8">
    <w:pPr>
      <w:pStyle w:val="Footer"/>
      <w:rPr>
        <w:rFonts w:ascii="Arial" w:hAnsi="Arial" w:cs="Arial"/>
        <w:color w:val="BFBFBF" w:themeColor="background1" w:themeShade="BF"/>
      </w:rPr>
    </w:pPr>
    <w:r>
      <w:rPr>
        <w:rFonts w:ascii="Arial" w:hAnsi="Arial" w:cs="Arial"/>
        <w:color w:val="BFBFBF" w:themeColor="background1" w:themeShade="BF"/>
      </w:rPr>
      <w:t>Changing the Face of Cancer                                                                                     @CTFOC_Podcast</w:t>
    </w:r>
  </w:p>
  <w:p w14:paraId="1A7AEB9B" w14:textId="7008AF90" w:rsidR="00930F33" w:rsidRPr="009C3AF0" w:rsidRDefault="00930F33" w:rsidP="007970E8">
    <w:pPr>
      <w:pStyle w:val="Footer"/>
      <w:rPr>
        <w:rFonts w:ascii="Arial" w:hAnsi="Arial" w:cs="Arial"/>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22DE1" w14:textId="690C9E9D" w:rsidR="007970E8" w:rsidRDefault="007970E8">
    <w:pPr>
      <w:pStyle w:val="Header"/>
    </w:pPr>
    <w:r>
      <w:rPr>
        <w:noProof/>
      </w:rPr>
      <w:drawing>
        <wp:anchor distT="0" distB="0" distL="114300" distR="114300" simplePos="0" relativeHeight="251659264" behindDoc="1" locked="0" layoutInCell="1" allowOverlap="1" wp14:anchorId="242DD736" wp14:editId="47F029A7">
          <wp:simplePos x="0" y="0"/>
          <wp:positionH relativeFrom="margin">
            <wp:posOffset>2712720</wp:posOffset>
          </wp:positionH>
          <wp:positionV relativeFrom="margin">
            <wp:posOffset>-426720</wp:posOffset>
          </wp:positionV>
          <wp:extent cx="1074420" cy="1074420"/>
          <wp:effectExtent l="0" t="0" r="0" b="0"/>
          <wp:wrapTight wrapText="bothSides">
            <wp:wrapPolygon edited="0">
              <wp:start x="0" y="0"/>
              <wp:lineTo x="0" y="21064"/>
              <wp:lineTo x="21064" y="21064"/>
              <wp:lineTo x="210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FOC_Podcast Artwork and Social Graphics_Profile Image.jpg"/>
                  <pic:cNvPicPr/>
                </pic:nvPicPr>
                <pic:blipFill>
                  <a:blip r:embed="rId1"/>
                  <a:stretch>
                    <a:fillRect/>
                  </a:stretch>
                </pic:blipFill>
                <pic:spPr>
                  <a:xfrm>
                    <a:off x="0" y="0"/>
                    <a:ext cx="1074420" cy="1074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C9C"/>
    <w:rsid w:val="00034616"/>
    <w:rsid w:val="00050A6B"/>
    <w:rsid w:val="0006063C"/>
    <w:rsid w:val="00066610"/>
    <w:rsid w:val="001216B9"/>
    <w:rsid w:val="0015074B"/>
    <w:rsid w:val="0029639D"/>
    <w:rsid w:val="00326F90"/>
    <w:rsid w:val="004A641F"/>
    <w:rsid w:val="004B593C"/>
    <w:rsid w:val="00576BE8"/>
    <w:rsid w:val="006E2A8C"/>
    <w:rsid w:val="007749AF"/>
    <w:rsid w:val="00794EBC"/>
    <w:rsid w:val="007970E8"/>
    <w:rsid w:val="00930F33"/>
    <w:rsid w:val="00963A30"/>
    <w:rsid w:val="009C3AF0"/>
    <w:rsid w:val="00A12EE5"/>
    <w:rsid w:val="00AA1D8D"/>
    <w:rsid w:val="00B47730"/>
    <w:rsid w:val="00BA4C2B"/>
    <w:rsid w:val="00BD0140"/>
    <w:rsid w:val="00C24502"/>
    <w:rsid w:val="00C75F84"/>
    <w:rsid w:val="00CB0664"/>
    <w:rsid w:val="00D57E81"/>
    <w:rsid w:val="00ED3244"/>
    <w:rsid w:val="00F347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F3E37-B44E-4442-8170-F91330DEE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4096</Words>
  <Characters>19498</Characters>
  <Application>Microsoft Office Word</Application>
  <DocSecurity>0</DocSecurity>
  <Lines>324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Emma Fowler | Paxman Scalp Cooling</cp:lastModifiedBy>
  <cp:revision>11</cp:revision>
  <dcterms:created xsi:type="dcterms:W3CDTF">2019-09-10T23:59:00Z</dcterms:created>
  <dcterms:modified xsi:type="dcterms:W3CDTF">2023-04-13T09:18:00Z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2b706512f5426afc39824b2a6afa045996a21dfd8aa4c14a02621bac023aecf7</vt:lpwstr>
  </property>
</Properties>
</file>